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2F684C"/>
          <w:sz w:val="50"/>
        </w:rPr>
        <w:t>Family Archive and Oral History Kit</w:t>
      </w:r>
    </w:p>
    <w:p>
      <w:pPr>
        <w:spacing w:after="200"/>
      </w:pPr>
      <w:r>
        <w:rPr>
          <w:rFonts w:ascii="Arial" w:hAnsi="Arial"/>
          <w:color w:val="56675E"/>
          <w:sz w:val="24"/>
        </w:rPr>
        <w:t>Printable worksheets for collecting family stories, photographs, records, and reunion history responsibly</w:t>
      </w:r>
    </w:p>
    <w:p>
      <w:r>
        <w:rPr>
          <w:b/>
          <w:color w:val="B67818"/>
          <w:sz w:val="26"/>
        </w:rPr>
        <w:t>GATHERKIN</w:t>
      </w:r>
    </w:p>
    <w:p>
      <w:r>
        <w:t>Use this kit to document what an item is, who contributed it, what may be shared, and how the family will preserve it. The forms are designed for a reunion archive table, interview station, or follow-up history project.</w:t>
      </w:r>
    </w:p>
    <w:p>
      <w:pPr>
        <w:pStyle w:val="Heading2"/>
      </w:pPr>
      <w:r>
        <w:t>Before collecting anything</w:t>
      </w:r>
    </w:p>
    <w:p>
      <w:pPr>
        <w:spacing w:after="80"/>
        <w:ind w:left="259" w:hanging="259"/>
      </w:pPr>
      <w:r>
        <w:t>☐ Name the family archive lead and at least one backup steward.</w:t>
      </w:r>
    </w:p>
    <w:p>
      <w:pPr>
        <w:spacing w:after="80"/>
        <w:ind w:left="259" w:hanging="259"/>
      </w:pPr>
      <w:r>
        <w:t>☐ Explain whether materials are being scanned, recorded, displayed, archived, or published.</w:t>
      </w:r>
    </w:p>
    <w:p>
      <w:pPr>
        <w:spacing w:after="80"/>
        <w:ind w:left="259" w:hanging="259"/>
      </w:pPr>
      <w:r>
        <w:t>☐ Ask permission before recording people or sharing materials beyond the family.</w:t>
      </w:r>
    </w:p>
    <w:p>
      <w:pPr>
        <w:spacing w:after="80"/>
        <w:ind w:left="259" w:hanging="259"/>
      </w:pPr>
      <w:r>
        <w:t>☐ Return original items promptly unless the owner documents a donation.</w:t>
      </w:r>
    </w:p>
    <w:p>
      <w:pPr>
        <w:spacing w:after="80"/>
        <w:ind w:left="259" w:hanging="259"/>
      </w:pPr>
      <w:r>
        <w:t>☐ Keep private information, living addresses, and sensitive records out of public displays.</w:t>
      </w:r>
    </w:p>
    <w:p>
      <w:r>
        <w:t>Family or reunion name: _________________________________________________</w:t>
      </w:r>
    </w:p>
    <w:p>
      <w:r>
        <w:t>Archive lead: ______________________________  Date: ______________________</w:t>
      </w:r>
    </w:p>
    <w:p>
      <w:r>
        <w:t>Created by GatherKin · gatherkin.app/heritage</w:t>
      </w:r>
    </w:p>
    <w:p>
      <w:r>
        <w:br w:type="page"/>
      </w:r>
    </w:p>
    <w:p>
      <w:pPr>
        <w:spacing w:after="80"/>
      </w:pPr>
      <w:r>
        <w:rPr>
          <w:rFonts w:ascii="Arial" w:hAnsi="Arial"/>
          <w:b/>
          <w:color w:val="2F684C"/>
          <w:sz w:val="50"/>
        </w:rPr>
        <w:t>1 Archive Project Plan</w:t>
      </w:r>
    </w:p>
    <w:p>
      <w:pPr>
        <w:spacing w:after="200"/>
      </w:pPr>
      <w:r>
        <w:rPr>
          <w:rFonts w:ascii="Arial" w:hAnsi="Arial"/>
          <w:color w:val="56675E"/>
          <w:sz w:val="24"/>
        </w:rPr>
        <w:t>Define the purpose, access, ownership, and handoff before the reunion</w:t>
      </w:r>
    </w:p>
    <w:tbl>
      <w:tblPr>
        <w:tblStyle w:val="TableGrid"/>
        <w:tblW w:type="auto" w:w="0"/>
        <w:tblLayout w:type="fixed"/>
        <w:tblLook w:firstColumn="1" w:firstRow="1" w:lastColumn="0" w:lastRow="0" w:noHBand="0" w:noVBand="1" w:val="04A0"/>
      </w:tblPr>
      <w:tblGrid>
        <w:gridCol w:w="5083"/>
        <w:gridCol w:w="5083"/>
      </w:tblGrid>
      <w:tr>
        <w:trPr>
          <w:tblHeader w:val="true"/>
        </w:trPr>
        <w:tc>
          <w:tcPr>
            <w:tcW w:type="dxa" w:w="3096"/>
            <w:vAlign w:val="center"/>
            <w:shd w:fill="2F684C"/>
            <w:tcMar>
              <w:top w:w="100" w:type="dxa"/>
              <w:start w:w="100" w:type="dxa"/>
              <w:bottom w:w="100" w:type="dxa"/>
              <w:end w:w="100" w:type="dxa"/>
            </w:tcMar>
          </w:tcPr>
          <w:p>
            <w:r>
              <w:rPr>
                <w:rFonts w:ascii="Arial" w:hAnsi="Arial"/>
                <w:b/>
                <w:color w:val="FFFFFF"/>
                <w:sz w:val="18"/>
              </w:rPr>
              <w:t>Decision</w:t>
            </w:r>
          </w:p>
        </w:tc>
        <w:tc>
          <w:tcPr>
            <w:tcW w:type="dxa" w:w="6552"/>
            <w:vAlign w:val="center"/>
            <w:shd w:fill="2F684C"/>
            <w:tcMar>
              <w:top w:w="100" w:type="dxa"/>
              <w:start w:w="100" w:type="dxa"/>
              <w:bottom w:w="100" w:type="dxa"/>
              <w:end w:w="100" w:type="dxa"/>
            </w:tcMar>
          </w:tcPr>
          <w:p>
            <w:r>
              <w:rPr>
                <w:rFonts w:ascii="Arial" w:hAnsi="Arial"/>
                <w:b/>
                <w:color w:val="FFFFFF"/>
                <w:sz w:val="18"/>
              </w:rPr>
              <w:t>Family plan</w:t>
            </w:r>
          </w:p>
        </w:tc>
      </w:tr>
      <w:tr>
        <w:tc>
          <w:tcPr>
            <w:tcW w:type="dxa" w:w="3096"/>
            <w:vAlign w:val="center"/>
            <w:tcMar>
              <w:top w:w="100" w:type="dxa"/>
              <w:start w:w="100" w:type="dxa"/>
              <w:bottom w:w="100" w:type="dxa"/>
              <w:end w:w="100" w:type="dxa"/>
            </w:tcMar>
          </w:tcPr>
          <w:p>
            <w:pPr>
              <w:spacing w:after="0"/>
            </w:pPr>
            <w:r>
              <w:rPr>
                <w:rFonts w:ascii="Arial" w:hAnsi="Arial"/>
                <w:sz w:val="17"/>
              </w:rPr>
              <w:t>Purpose of this collection</w:t>
            </w:r>
          </w:p>
        </w:tc>
        <w:tc>
          <w:tcPr>
            <w:tcW w:type="dxa" w:w="6552"/>
            <w:vAlign w:val="center"/>
            <w:tcMar>
              <w:top w:w="100" w:type="dxa"/>
              <w:start w:w="100" w:type="dxa"/>
              <w:bottom w:w="100" w:type="dxa"/>
              <w:end w:w="100" w:type="dxa"/>
            </w:tcMar>
          </w:tcPr>
          <w:p>
            <w:pPr>
              <w:spacing w:after="0"/>
            </w:pPr>
            <w:r>
              <w:rPr>
                <w:rFonts w:ascii="Arial" w:hAnsi="Arial"/>
                <w:sz w:val="17"/>
              </w:rPr>
              <w:t>____________________________________________________________</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Materials accepted</w:t>
            </w:r>
          </w:p>
        </w:tc>
        <w:tc>
          <w:tcPr>
            <w:tcW w:type="dxa" w:w="6552"/>
            <w:vAlign w:val="center"/>
            <w:tcMar>
              <w:top w:w="100" w:type="dxa"/>
              <w:start w:w="100" w:type="dxa"/>
              <w:bottom w:w="100" w:type="dxa"/>
              <w:end w:w="100" w:type="dxa"/>
            </w:tcMar>
            <w:shd w:fill="F3F7F4"/>
          </w:tcPr>
          <w:p>
            <w:pPr>
              <w:spacing w:after="0"/>
            </w:pPr>
            <w:r>
              <w:rPr>
                <w:rFonts w:ascii="Arial" w:hAnsi="Arial"/>
                <w:sz w:val="17"/>
              </w:rPr>
              <w:t>Photos / documents / recipes / programs / interviews / other</w:t>
            </w:r>
          </w:p>
        </w:tc>
      </w:tr>
      <w:tr>
        <w:tc>
          <w:tcPr>
            <w:tcW w:type="dxa" w:w="3096"/>
            <w:vAlign w:val="center"/>
            <w:tcMar>
              <w:top w:w="100" w:type="dxa"/>
              <w:start w:w="100" w:type="dxa"/>
              <w:bottom w:w="100" w:type="dxa"/>
              <w:end w:w="100" w:type="dxa"/>
            </w:tcMar>
          </w:tcPr>
          <w:p>
            <w:pPr>
              <w:spacing w:after="0"/>
            </w:pPr>
            <w:r>
              <w:rPr>
                <w:rFonts w:ascii="Arial" w:hAnsi="Arial"/>
                <w:sz w:val="17"/>
              </w:rPr>
              <w:t>Who may view the archive</w:t>
            </w:r>
          </w:p>
        </w:tc>
        <w:tc>
          <w:tcPr>
            <w:tcW w:type="dxa" w:w="6552"/>
            <w:vAlign w:val="center"/>
            <w:tcMar>
              <w:top w:w="100" w:type="dxa"/>
              <w:start w:w="100" w:type="dxa"/>
              <w:bottom w:w="100" w:type="dxa"/>
              <w:end w:w="100" w:type="dxa"/>
            </w:tcMar>
          </w:tcPr>
          <w:p>
            <w:pPr>
              <w:spacing w:after="0"/>
            </w:pPr>
            <w:r>
              <w:rPr>
                <w:rFonts w:ascii="Arial" w:hAnsi="Arial"/>
                <w:sz w:val="17"/>
              </w:rPr>
              <w:t>Family only / invited researchers / public / item-specific</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Where preservation files live</w:t>
            </w:r>
          </w:p>
        </w:tc>
        <w:tc>
          <w:tcPr>
            <w:tcW w:type="dxa" w:w="6552"/>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____________________________________________________________</w:t>
            </w:r>
          </w:p>
        </w:tc>
      </w:tr>
      <w:tr>
        <w:tc>
          <w:tcPr>
            <w:tcW w:type="dxa" w:w="3096"/>
            <w:vAlign w:val="center"/>
            <w:tcMar>
              <w:top w:w="100" w:type="dxa"/>
              <w:start w:w="100" w:type="dxa"/>
              <w:bottom w:w="100" w:type="dxa"/>
              <w:end w:w="100" w:type="dxa"/>
            </w:tcMar>
          </w:tcPr>
          <w:p>
            <w:pPr>
              <w:spacing w:after="0"/>
            </w:pPr>
            <w:r>
              <w:rPr>
                <w:rFonts w:ascii="Arial" w:hAnsi="Arial"/>
                <w:sz w:val="17"/>
              </w:rPr>
              <w:t>Primary and backup steward</w:t>
            </w:r>
          </w:p>
        </w:tc>
        <w:tc>
          <w:tcPr>
            <w:tcW w:type="dxa" w:w="6552"/>
            <w:vAlign w:val="center"/>
            <w:tcMar>
              <w:top w:w="100" w:type="dxa"/>
              <w:start w:w="100" w:type="dxa"/>
              <w:bottom w:w="100" w:type="dxa"/>
              <w:end w:w="100" w:type="dxa"/>
            </w:tcMar>
          </w:tcPr>
          <w:p>
            <w:pPr>
              <w:spacing w:after="0"/>
            </w:pPr>
            <w:r>
              <w:rPr>
                <w:rFonts w:ascii="Arial" w:hAnsi="Arial"/>
                <w:sz w:val="17"/>
              </w:rPr>
              <w:t>____________________________________________________________</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How corrections are submitted</w:t>
            </w:r>
          </w:p>
        </w:tc>
        <w:tc>
          <w:tcPr>
            <w:tcW w:type="dxa" w:w="6552"/>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____________________________________________________________</w:t>
            </w:r>
          </w:p>
        </w:tc>
      </w:tr>
      <w:tr>
        <w:tc>
          <w:tcPr>
            <w:tcW w:type="dxa" w:w="3096"/>
            <w:vAlign w:val="center"/>
            <w:tcMar>
              <w:top w:w="100" w:type="dxa"/>
              <w:start w:w="100" w:type="dxa"/>
              <w:bottom w:w="100" w:type="dxa"/>
              <w:end w:w="100" w:type="dxa"/>
            </w:tcMar>
          </w:tcPr>
          <w:p>
            <w:pPr>
              <w:spacing w:after="0"/>
            </w:pPr>
            <w:r>
              <w:rPr>
                <w:rFonts w:ascii="Arial" w:hAnsi="Arial"/>
                <w:sz w:val="17"/>
              </w:rPr>
              <w:t>When access is reviewed</w:t>
            </w:r>
          </w:p>
        </w:tc>
        <w:tc>
          <w:tcPr>
            <w:tcW w:type="dxa" w:w="6552"/>
            <w:vAlign w:val="center"/>
            <w:tcMar>
              <w:top w:w="100" w:type="dxa"/>
              <w:start w:w="100" w:type="dxa"/>
              <w:bottom w:w="100" w:type="dxa"/>
              <w:end w:w="100" w:type="dxa"/>
            </w:tcMar>
          </w:tcPr>
          <w:p>
            <w:pPr>
              <w:spacing w:after="0"/>
            </w:pPr>
            <w:r>
              <w:rPr>
                <w:rFonts w:ascii="Arial" w:hAnsi="Arial"/>
                <w:sz w:val="17"/>
              </w:rPr>
              <w:t>____________________________________________________________</w:t>
            </w:r>
          </w:p>
        </w:tc>
      </w:tr>
    </w:tbl>
    <w:p>
      <w:pPr>
        <w:spacing w:after="20"/>
      </w:pPr>
    </w:p>
    <w:p>
      <w:pPr>
        <w:pStyle w:val="Heading2"/>
      </w:pPr>
      <w:r>
        <w:t>Reunion setup checklist</w:t>
      </w:r>
    </w:p>
    <w:p>
      <w:pPr>
        <w:spacing w:after="80"/>
        <w:ind w:left="259" w:hanging="259"/>
      </w:pPr>
      <w:r>
        <w:t>☐ Quiet interview area</w:t>
      </w:r>
    </w:p>
    <w:p>
      <w:pPr>
        <w:spacing w:after="80"/>
        <w:ind w:left="259" w:hanging="259"/>
      </w:pPr>
      <w:r>
        <w:t>☐ Scanning or photography station</w:t>
      </w:r>
    </w:p>
    <w:p>
      <w:pPr>
        <w:spacing w:after="80"/>
        <w:ind w:left="259" w:hanging="259"/>
      </w:pPr>
      <w:r>
        <w:t>☐ Intake forms and temporary item numbers</w:t>
      </w:r>
    </w:p>
    <w:p>
      <w:pPr>
        <w:spacing w:after="80"/>
        <w:ind w:left="259" w:hanging="259"/>
      </w:pPr>
      <w:r>
        <w:t>☐ Power, chargers, and backup storage</w:t>
      </w:r>
    </w:p>
    <w:p>
      <w:pPr>
        <w:spacing w:after="80"/>
        <w:ind w:left="259" w:hanging="259"/>
      </w:pPr>
      <w:r>
        <w:t>☐ Return envelopes or folders</w:t>
      </w:r>
    </w:p>
    <w:p>
      <w:pPr>
        <w:spacing w:after="80"/>
        <w:ind w:left="259" w:hanging="259"/>
      </w:pPr>
      <w:r>
        <w:t>☐ Visible consent and privacy explanation</w:t>
      </w:r>
    </w:p>
    <w:p>
      <w:r>
        <w:br w:type="page"/>
      </w:r>
    </w:p>
    <w:p>
      <w:pPr>
        <w:spacing w:after="80"/>
      </w:pPr>
      <w:r>
        <w:rPr>
          <w:rFonts w:ascii="Arial" w:hAnsi="Arial"/>
          <w:b/>
          <w:color w:val="2F684C"/>
          <w:sz w:val="50"/>
        </w:rPr>
        <w:t>2 Item Intake and Identification Form</w:t>
      </w:r>
    </w:p>
    <w:p>
      <w:pPr>
        <w:spacing w:after="200"/>
      </w:pPr>
      <w:r>
        <w:rPr>
          <w:rFonts w:ascii="Arial" w:hAnsi="Arial"/>
          <w:color w:val="56675E"/>
          <w:sz w:val="24"/>
        </w:rPr>
        <w:t>Complete one record for every photograph, document, object, recipe, or program</w:t>
      </w:r>
    </w:p>
    <w:tbl>
      <w:tblPr>
        <w:tblStyle w:val="TableGrid"/>
        <w:tblW w:type="auto" w:w="0"/>
        <w:tblLayout w:type="fixed"/>
        <w:tblLook w:firstColumn="1" w:firstRow="1" w:lastColumn="0" w:lastRow="0" w:noHBand="0" w:noVBand="1" w:val="04A0"/>
      </w:tblPr>
      <w:tblGrid>
        <w:gridCol w:w="5083"/>
        <w:gridCol w:w="5083"/>
      </w:tblGrid>
      <w:tr>
        <w:trPr>
          <w:tblHeader w:val="true"/>
        </w:trPr>
        <w:tc>
          <w:tcPr>
            <w:tcW w:type="dxa" w:w="2952"/>
            <w:vAlign w:val="center"/>
            <w:shd w:fill="2F684C"/>
            <w:tcMar>
              <w:top w:w="100" w:type="dxa"/>
              <w:start w:w="100" w:type="dxa"/>
              <w:bottom w:w="100" w:type="dxa"/>
              <w:end w:w="100" w:type="dxa"/>
            </w:tcMar>
          </w:tcPr>
          <w:p>
            <w:r>
              <w:rPr>
                <w:rFonts w:ascii="Arial" w:hAnsi="Arial"/>
                <w:b/>
                <w:color w:val="FFFFFF"/>
                <w:sz w:val="18"/>
              </w:rPr>
              <w:t>Field</w:t>
            </w:r>
          </w:p>
        </w:tc>
        <w:tc>
          <w:tcPr>
            <w:tcW w:type="dxa" w:w="6696"/>
            <w:vAlign w:val="center"/>
            <w:shd w:fill="2F684C"/>
            <w:tcMar>
              <w:top w:w="100" w:type="dxa"/>
              <w:start w:w="100" w:type="dxa"/>
              <w:bottom w:w="100" w:type="dxa"/>
              <w:end w:w="100" w:type="dxa"/>
            </w:tcMar>
          </w:tcPr>
          <w:p>
            <w:r>
              <w:rPr>
                <w:rFonts w:ascii="Arial" w:hAnsi="Arial"/>
                <w:b/>
                <w:color w:val="FFFFFF"/>
                <w:sz w:val="18"/>
              </w:rPr>
              <w:t>Response</w:t>
            </w:r>
          </w:p>
        </w:tc>
      </w:tr>
      <w:tr>
        <w:tc>
          <w:tcPr>
            <w:tcW w:type="dxa" w:w="2952"/>
            <w:vAlign w:val="center"/>
            <w:tcMar>
              <w:top w:w="100" w:type="dxa"/>
              <w:start w:w="100" w:type="dxa"/>
              <w:bottom w:w="100" w:type="dxa"/>
              <w:end w:w="100" w:type="dxa"/>
            </w:tcMar>
          </w:tcPr>
          <w:p>
            <w:pPr>
              <w:spacing w:after="0"/>
            </w:pPr>
            <w:r>
              <w:rPr>
                <w:rFonts w:ascii="Arial" w:hAnsi="Arial"/>
                <w:sz w:val="17"/>
              </w:rPr>
              <w:t>Temporary item ID</w:t>
            </w:r>
          </w:p>
        </w:tc>
        <w:tc>
          <w:tcPr>
            <w:tcW w:type="dxa" w:w="6696"/>
            <w:vAlign w:val="center"/>
            <w:tcMar>
              <w:top w:w="100" w:type="dxa"/>
              <w:start w:w="100" w:type="dxa"/>
              <w:bottom w:w="100" w:type="dxa"/>
              <w:end w:w="100" w:type="dxa"/>
            </w:tcMar>
          </w:tcPr>
          <w:p>
            <w:pPr>
              <w:spacing w:after="0"/>
            </w:pPr>
            <w:r>
              <w:rPr>
                <w:rFonts w:ascii="Arial" w:hAnsi="Arial"/>
                <w:sz w:val="17"/>
              </w:rPr>
              <w:t>____________________________</w:t>
            </w:r>
          </w:p>
        </w:tc>
      </w:tr>
      <w:tr>
        <w:tc>
          <w:tcPr>
            <w:tcW w:type="dxa" w:w="2952"/>
            <w:vAlign w:val="center"/>
            <w:tcMar>
              <w:top w:w="100" w:type="dxa"/>
              <w:start w:w="100" w:type="dxa"/>
              <w:bottom w:w="100" w:type="dxa"/>
              <w:end w:w="100" w:type="dxa"/>
            </w:tcMar>
            <w:shd w:fill="F3F7F4"/>
          </w:tcPr>
          <w:p>
            <w:pPr>
              <w:spacing w:after="0"/>
            </w:pPr>
            <w:r>
              <w:rPr>
                <w:rFonts w:ascii="Arial" w:hAnsi="Arial"/>
                <w:sz w:val="17"/>
              </w:rPr>
              <w:t>Contributor and contact</w:t>
            </w:r>
          </w:p>
        </w:tc>
        <w:tc>
          <w:tcPr>
            <w:tcW w:type="dxa" w:w="6696"/>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tcPr>
          <w:p>
            <w:pPr>
              <w:spacing w:after="0"/>
            </w:pPr>
            <w:r>
              <w:rPr>
                <w:rFonts w:ascii="Arial" w:hAnsi="Arial"/>
                <w:sz w:val="17"/>
              </w:rPr>
              <w:t>Original owner</w:t>
            </w:r>
          </w:p>
        </w:tc>
        <w:tc>
          <w:tcPr>
            <w:tcW w:type="dxa" w:w="6696"/>
            <w:vAlign w:val="center"/>
            <w:tcMar>
              <w:top w:w="100" w:type="dxa"/>
              <w:start w:w="100" w:type="dxa"/>
              <w:bottom w:w="100" w:type="dxa"/>
              <w:end w:w="100" w:type="dxa"/>
            </w:tcMar>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shd w:fill="F3F7F4"/>
          </w:tcPr>
          <w:p>
            <w:pPr>
              <w:spacing w:after="0"/>
            </w:pPr>
            <w:r>
              <w:rPr>
                <w:rFonts w:ascii="Arial" w:hAnsi="Arial"/>
                <w:sz w:val="17"/>
              </w:rPr>
              <w:t>Item type</w:t>
            </w:r>
          </w:p>
        </w:tc>
        <w:tc>
          <w:tcPr>
            <w:tcW w:type="dxa" w:w="6696"/>
            <w:vAlign w:val="center"/>
            <w:tcMar>
              <w:top w:w="100" w:type="dxa"/>
              <w:start w:w="100" w:type="dxa"/>
              <w:bottom w:w="100" w:type="dxa"/>
              <w:end w:w="100" w:type="dxa"/>
            </w:tcMar>
            <w:shd w:fill="F3F7F4"/>
          </w:tcPr>
          <w:p>
            <w:pPr>
              <w:spacing w:after="0"/>
            </w:pPr>
            <w:r>
              <w:rPr>
                <w:rFonts w:ascii="Arial" w:hAnsi="Arial"/>
                <w:sz w:val="17"/>
              </w:rPr>
              <w:t>Photo / document / program / recipe / object / other</w:t>
            </w:r>
          </w:p>
        </w:tc>
      </w:tr>
      <w:tr>
        <w:tc>
          <w:tcPr>
            <w:tcW w:type="dxa" w:w="2952"/>
            <w:vAlign w:val="center"/>
            <w:tcMar>
              <w:top w:w="100" w:type="dxa"/>
              <w:start w:w="100" w:type="dxa"/>
              <w:bottom w:w="100" w:type="dxa"/>
              <w:end w:w="100" w:type="dxa"/>
            </w:tcMar>
          </w:tcPr>
          <w:p>
            <w:pPr>
              <w:spacing w:after="0"/>
            </w:pPr>
            <w:r>
              <w:rPr>
                <w:rFonts w:ascii="Arial" w:hAnsi="Arial"/>
                <w:sz w:val="17"/>
              </w:rPr>
              <w:t>Approximate date</w:t>
            </w:r>
          </w:p>
        </w:tc>
        <w:tc>
          <w:tcPr>
            <w:tcW w:type="dxa" w:w="6696"/>
            <w:vAlign w:val="center"/>
            <w:tcMar>
              <w:top w:w="100" w:type="dxa"/>
              <w:start w:w="100" w:type="dxa"/>
              <w:bottom w:w="100" w:type="dxa"/>
              <w:end w:w="100" w:type="dxa"/>
            </w:tcMar>
          </w:tcPr>
          <w:p>
            <w:pPr>
              <w:spacing w:after="0"/>
            </w:pPr>
            <w:r>
              <w:rPr>
                <w:rFonts w:ascii="Arial" w:hAnsi="Arial"/>
                <w:sz w:val="17"/>
              </w:rPr>
              <w:t>________________  Confidence: confirmed / estimated / unknown</w:t>
            </w:r>
          </w:p>
        </w:tc>
      </w:tr>
      <w:tr>
        <w:tc>
          <w:tcPr>
            <w:tcW w:type="dxa" w:w="2952"/>
            <w:vAlign w:val="center"/>
            <w:tcMar>
              <w:top w:w="100" w:type="dxa"/>
              <w:start w:w="100" w:type="dxa"/>
              <w:bottom w:w="100" w:type="dxa"/>
              <w:end w:w="100" w:type="dxa"/>
            </w:tcMar>
            <w:shd w:fill="F3F7F4"/>
          </w:tcPr>
          <w:p>
            <w:pPr>
              <w:spacing w:after="0"/>
            </w:pPr>
            <w:r>
              <w:rPr>
                <w:rFonts w:ascii="Arial" w:hAnsi="Arial"/>
                <w:sz w:val="17"/>
              </w:rPr>
              <w:t>Place</w:t>
            </w:r>
          </w:p>
        </w:tc>
        <w:tc>
          <w:tcPr>
            <w:tcW w:type="dxa" w:w="6696"/>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tcPr>
          <w:p>
            <w:pPr>
              <w:spacing w:after="0"/>
            </w:pPr>
            <w:r>
              <w:rPr>
                <w:rFonts w:ascii="Arial" w:hAnsi="Arial"/>
                <w:sz w:val="17"/>
              </w:rPr>
              <w:t>People shown or named</w:t>
            </w:r>
          </w:p>
        </w:tc>
        <w:tc>
          <w:tcPr>
            <w:tcW w:type="dxa" w:w="6696"/>
            <w:vAlign w:val="center"/>
            <w:tcMar>
              <w:top w:w="100" w:type="dxa"/>
              <w:start w:w="100" w:type="dxa"/>
              <w:bottom w:w="100" w:type="dxa"/>
              <w:end w:w="100" w:type="dxa"/>
            </w:tcMar>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shd w:fill="F3F7F4"/>
          </w:tcPr>
          <w:p>
            <w:pPr>
              <w:spacing w:after="0"/>
            </w:pPr>
            <w:r>
              <w:rPr>
                <w:rFonts w:ascii="Arial" w:hAnsi="Arial"/>
                <w:sz w:val="17"/>
              </w:rPr>
              <w:t>Family branch</w:t>
            </w:r>
          </w:p>
        </w:tc>
        <w:tc>
          <w:tcPr>
            <w:tcW w:type="dxa" w:w="6696"/>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tcPr>
          <w:p>
            <w:pPr>
              <w:spacing w:after="0"/>
            </w:pPr>
            <w:r>
              <w:rPr>
                <w:rFonts w:ascii="Arial" w:hAnsi="Arial"/>
                <w:sz w:val="17"/>
              </w:rPr>
              <w:t>Story or significance</w:t>
            </w:r>
          </w:p>
        </w:tc>
        <w:tc>
          <w:tcPr>
            <w:tcW w:type="dxa" w:w="6696"/>
            <w:vAlign w:val="center"/>
            <w:tcMar>
              <w:top w:w="100" w:type="dxa"/>
              <w:start w:w="100" w:type="dxa"/>
              <w:bottom w:w="100" w:type="dxa"/>
              <w:end w:w="100" w:type="dxa"/>
            </w:tcMar>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shd w:fill="F3F7F4"/>
          </w:tcPr>
          <w:p>
            <w:pPr>
              <w:spacing w:after="0"/>
            </w:pPr>
            <w:r>
              <w:rPr>
                <w:rFonts w:ascii="Arial" w:hAnsi="Arial"/>
                <w:sz w:val="17"/>
              </w:rPr>
              <w:t>Evidence or source</w:t>
            </w:r>
          </w:p>
        </w:tc>
        <w:tc>
          <w:tcPr>
            <w:tcW w:type="dxa" w:w="6696"/>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2952"/>
            <w:vAlign w:val="center"/>
            <w:tcMar>
              <w:top w:w="100" w:type="dxa"/>
              <w:start w:w="100" w:type="dxa"/>
              <w:bottom w:w="100" w:type="dxa"/>
              <w:end w:w="100" w:type="dxa"/>
            </w:tcMar>
          </w:tcPr>
          <w:p>
            <w:pPr>
              <w:spacing w:after="0"/>
            </w:pPr>
            <w:r>
              <w:rPr>
                <w:rFonts w:ascii="Arial" w:hAnsi="Arial"/>
                <w:sz w:val="17"/>
              </w:rPr>
              <w:t>Return status</w:t>
            </w:r>
          </w:p>
        </w:tc>
        <w:tc>
          <w:tcPr>
            <w:tcW w:type="dxa" w:w="6696"/>
            <w:vAlign w:val="center"/>
            <w:tcMar>
              <w:top w:w="100" w:type="dxa"/>
              <w:start w:w="100" w:type="dxa"/>
              <w:bottom w:w="100" w:type="dxa"/>
              <w:end w:w="100" w:type="dxa"/>
            </w:tcMar>
          </w:tcPr>
          <w:p>
            <w:pPr>
              <w:spacing w:after="0"/>
            </w:pPr>
            <w:r>
              <w:rPr>
                <w:rFonts w:ascii="Arial" w:hAnsi="Arial"/>
                <w:sz w:val="17"/>
              </w:rPr>
              <w:t>Returned / donated with documentation / pending</w:t>
            </w:r>
          </w:p>
        </w:tc>
      </w:tr>
    </w:tbl>
    <w:p>
      <w:pPr>
        <w:spacing w:after="20"/>
      </w:pPr>
    </w:p>
    <w:p>
      <w:pPr>
        <w:pStyle w:val="Heading2"/>
      </w:pPr>
      <w:r>
        <w:t>Additional description and corrections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spacing w:after="80"/>
      </w:pPr>
      <w:r>
        <w:rPr>
          <w:rFonts w:ascii="Arial" w:hAnsi="Arial"/>
          <w:b/>
          <w:color w:val="2F684C"/>
          <w:sz w:val="50"/>
        </w:rPr>
        <w:t>3 Sharing and Recording Permission</w:t>
      </w:r>
    </w:p>
    <w:p>
      <w:pPr>
        <w:spacing w:after="200"/>
      </w:pPr>
      <w:r>
        <w:rPr>
          <w:rFonts w:ascii="Arial" w:hAnsi="Arial"/>
          <w:color w:val="56675E"/>
          <w:sz w:val="24"/>
        </w:rPr>
        <w:t>Let the contributor choose how an item or interview may be used</w:t>
      </w:r>
    </w:p>
    <w:p>
      <w:r>
        <w:t>Contributor or interviewee: ______________________________________________</w:t>
      </w:r>
    </w:p>
    <w:p>
      <w:r>
        <w:t>Item IDs or interview date: ______________________________________________</w:t>
      </w:r>
    </w:p>
    <w:p>
      <w:pPr>
        <w:pStyle w:val="Heading2"/>
      </w:pPr>
      <w:r>
        <w:t>I permit the family archive team to</w:t>
      </w:r>
    </w:p>
    <w:p>
      <w:pPr>
        <w:spacing w:after="80"/>
        <w:ind w:left="259" w:hanging="259"/>
      </w:pPr>
      <w:r>
        <w:t>☐ Create preservation and access copies.</w:t>
      </w:r>
    </w:p>
    <w:p>
      <w:pPr>
        <w:spacing w:after="80"/>
        <w:ind w:left="259" w:hanging="259"/>
      </w:pPr>
      <w:r>
        <w:t>☐ Share the material only with family members.</w:t>
      </w:r>
    </w:p>
    <w:p>
      <w:pPr>
        <w:spacing w:after="80"/>
        <w:ind w:left="259" w:hanging="259"/>
      </w:pPr>
      <w:r>
        <w:t>☐ Display the material at family reunions or private family events.</w:t>
      </w:r>
    </w:p>
    <w:p>
      <w:pPr>
        <w:spacing w:after="80"/>
        <w:ind w:left="259" w:hanging="259"/>
      </w:pPr>
      <w:r>
        <w:t>☐ Use selected excerpts on a password-protected family site.</w:t>
      </w:r>
    </w:p>
    <w:p>
      <w:pPr>
        <w:spacing w:after="80"/>
        <w:ind w:left="259" w:hanging="259"/>
      </w:pPr>
      <w:r>
        <w:t>☐ Use selected excerpts publicly with my name or requested credit.</w:t>
      </w:r>
    </w:p>
    <w:p>
      <w:pPr>
        <w:spacing w:after="80"/>
        <w:ind w:left="259" w:hanging="259"/>
      </w:pPr>
      <w:r>
        <w:t>☐ Provide the material to a named library, archive, museum, or historical organization after separate review.</w:t>
      </w:r>
    </w:p>
    <w:p>
      <w:r>
        <w:t>Restrictions, expiration, credit wording, or people who should not receive access: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Signature: __________________________________  Date: _____________________</w:t>
      </w:r>
    </w:p>
    <w:p>
      <w:r>
        <w:t>Archive representative: _______________________  Date: _____________________</w:t>
      </w:r>
    </w:p>
    <w:p>
      <w:r>
        <w:t>This worksheet records family permission and is not a substitute for legal advice or an institution's required release form.</w:t>
      </w:r>
    </w:p>
    <w:p>
      <w:r>
        <w:br w:type="page"/>
      </w:r>
    </w:p>
    <w:p>
      <w:pPr>
        <w:spacing w:after="80"/>
      </w:pPr>
      <w:r>
        <w:rPr>
          <w:rFonts w:ascii="Arial" w:hAnsi="Arial"/>
          <w:b/>
          <w:color w:val="2F684C"/>
          <w:sz w:val="50"/>
        </w:rPr>
        <w:t>4 Elder and Family Story Interview Sheet</w:t>
      </w:r>
    </w:p>
    <w:p>
      <w:pPr>
        <w:spacing w:after="200"/>
      </w:pPr>
      <w:r>
        <w:rPr>
          <w:rFonts w:ascii="Arial" w:hAnsi="Arial"/>
          <w:color w:val="56675E"/>
          <w:sz w:val="24"/>
        </w:rPr>
        <w:t>Capture consent, context, and the information needed to preserve the recording</w:t>
      </w:r>
    </w:p>
    <w:tbl>
      <w:tblPr>
        <w:tblStyle w:val="TableGrid"/>
        <w:tblW w:type="auto" w:w="0"/>
        <w:tblLayout w:type="fixed"/>
        <w:tblLook w:firstColumn="1" w:firstRow="1" w:lastColumn="0" w:lastRow="0" w:noHBand="0" w:noVBand="1" w:val="04A0"/>
      </w:tblPr>
      <w:tblGrid>
        <w:gridCol w:w="5083"/>
        <w:gridCol w:w="5083"/>
      </w:tblGrid>
      <w:tr>
        <w:trPr>
          <w:tblHeader w:val="true"/>
        </w:trPr>
        <w:tc>
          <w:tcPr>
            <w:tcW w:type="dxa" w:w="3096"/>
            <w:vAlign w:val="center"/>
            <w:shd w:fill="2F684C"/>
            <w:tcMar>
              <w:top w:w="100" w:type="dxa"/>
              <w:start w:w="100" w:type="dxa"/>
              <w:bottom w:w="100" w:type="dxa"/>
              <w:end w:w="100" w:type="dxa"/>
            </w:tcMar>
          </w:tcPr>
          <w:p>
            <w:r>
              <w:rPr>
                <w:rFonts w:ascii="Arial" w:hAnsi="Arial"/>
                <w:b/>
                <w:color w:val="FFFFFF"/>
                <w:sz w:val="18"/>
              </w:rPr>
              <w:t>Interview record</w:t>
            </w:r>
          </w:p>
        </w:tc>
        <w:tc>
          <w:tcPr>
            <w:tcW w:type="dxa" w:w="6552"/>
            <w:vAlign w:val="center"/>
            <w:shd w:fill="2F684C"/>
            <w:tcMar>
              <w:top w:w="100" w:type="dxa"/>
              <w:start w:w="100" w:type="dxa"/>
              <w:bottom w:w="100" w:type="dxa"/>
              <w:end w:w="100" w:type="dxa"/>
            </w:tcMar>
          </w:tcPr>
          <w:p>
            <w:r>
              <w:rPr>
                <w:rFonts w:ascii="Arial" w:hAnsi="Arial"/>
                <w:b/>
                <w:color w:val="FFFFFF"/>
                <w:sz w:val="18"/>
              </w:rPr>
              <w:t>Details</w:t>
            </w:r>
          </w:p>
        </w:tc>
      </w:tr>
      <w:tr>
        <w:tc>
          <w:tcPr>
            <w:tcW w:type="dxa" w:w="3096"/>
            <w:vAlign w:val="center"/>
            <w:tcMar>
              <w:top w:w="100" w:type="dxa"/>
              <w:start w:w="100" w:type="dxa"/>
              <w:bottom w:w="100" w:type="dxa"/>
              <w:end w:w="100" w:type="dxa"/>
            </w:tcMar>
          </w:tcPr>
          <w:p>
            <w:pPr>
              <w:spacing w:after="0"/>
            </w:pPr>
            <w:r>
              <w:rPr>
                <w:rFonts w:ascii="Arial" w:hAnsi="Arial"/>
                <w:sz w:val="17"/>
              </w:rPr>
              <w:t>Interviewee</w:t>
            </w:r>
          </w:p>
        </w:tc>
        <w:tc>
          <w:tcPr>
            <w:tcW w:type="dxa" w:w="6552"/>
            <w:vAlign w:val="center"/>
            <w:tcMar>
              <w:top w:w="100" w:type="dxa"/>
              <w:start w:w="100" w:type="dxa"/>
              <w:bottom w:w="100" w:type="dxa"/>
              <w:end w:w="100" w:type="dxa"/>
            </w:tcMar>
          </w:tcPr>
          <w:p>
            <w:pPr>
              <w:spacing w:after="0"/>
            </w:pPr>
            <w:r>
              <w:rPr>
                <w:rFonts w:ascii="Arial" w:hAnsi="Arial"/>
                <w:sz w:val="17"/>
              </w:rPr>
              <w:t>________________________________________________________</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Interviewer and recorder</w:t>
            </w:r>
          </w:p>
        </w:tc>
        <w:tc>
          <w:tcPr>
            <w:tcW w:type="dxa" w:w="6552"/>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3096"/>
            <w:vAlign w:val="center"/>
            <w:tcMar>
              <w:top w:w="100" w:type="dxa"/>
              <w:start w:w="100" w:type="dxa"/>
              <w:bottom w:w="100" w:type="dxa"/>
              <w:end w:w="100" w:type="dxa"/>
            </w:tcMar>
          </w:tcPr>
          <w:p>
            <w:pPr>
              <w:spacing w:after="0"/>
            </w:pPr>
            <w:r>
              <w:rPr>
                <w:rFonts w:ascii="Arial" w:hAnsi="Arial"/>
                <w:sz w:val="17"/>
              </w:rPr>
              <w:t>Date and location</w:t>
            </w:r>
          </w:p>
        </w:tc>
        <w:tc>
          <w:tcPr>
            <w:tcW w:type="dxa" w:w="6552"/>
            <w:vAlign w:val="center"/>
            <w:tcMar>
              <w:top w:w="100" w:type="dxa"/>
              <w:start w:w="100" w:type="dxa"/>
              <w:bottom w:w="100" w:type="dxa"/>
              <w:end w:w="100" w:type="dxa"/>
            </w:tcMar>
          </w:tcPr>
          <w:p>
            <w:pPr>
              <w:spacing w:after="0"/>
            </w:pPr>
            <w:r>
              <w:rPr>
                <w:rFonts w:ascii="Arial" w:hAnsi="Arial"/>
                <w:sz w:val="17"/>
              </w:rPr>
              <w:t>________________________________________________________</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File name or ID</w:t>
            </w:r>
          </w:p>
        </w:tc>
        <w:tc>
          <w:tcPr>
            <w:tcW w:type="dxa" w:w="6552"/>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r>
        <w:tc>
          <w:tcPr>
            <w:tcW w:type="dxa" w:w="3096"/>
            <w:vAlign w:val="center"/>
            <w:tcMar>
              <w:top w:w="100" w:type="dxa"/>
              <w:start w:w="100" w:type="dxa"/>
              <w:bottom w:w="100" w:type="dxa"/>
              <w:end w:w="100" w:type="dxa"/>
            </w:tcMar>
          </w:tcPr>
          <w:p>
            <w:pPr>
              <w:spacing w:after="0"/>
            </w:pPr>
            <w:r>
              <w:rPr>
                <w:rFonts w:ascii="Arial" w:hAnsi="Arial"/>
                <w:sz w:val="17"/>
              </w:rPr>
              <w:t>Permission confirmed</w:t>
            </w:r>
          </w:p>
        </w:tc>
        <w:tc>
          <w:tcPr>
            <w:tcW w:type="dxa" w:w="6552"/>
            <w:vAlign w:val="center"/>
            <w:tcMar>
              <w:top w:w="100" w:type="dxa"/>
              <w:start w:w="100" w:type="dxa"/>
              <w:bottom w:w="100" w:type="dxa"/>
              <w:end w:w="100" w:type="dxa"/>
            </w:tcMar>
          </w:tcPr>
          <w:p>
            <w:pPr>
              <w:spacing w:after="0"/>
            </w:pPr>
            <w:r>
              <w:rPr>
                <w:rFonts w:ascii="Arial" w:hAnsi="Arial"/>
                <w:sz w:val="17"/>
              </w:rPr>
              <w:t>Family only / reunion playback / public excerpt / other</w:t>
            </w:r>
          </w:p>
        </w:tc>
      </w:tr>
      <w:tr>
        <w:tc>
          <w:tcPr>
            <w:tcW w:type="dxa" w:w="3096"/>
            <w:vAlign w:val="center"/>
            <w:tcMar>
              <w:top w:w="100" w:type="dxa"/>
              <w:start w:w="100" w:type="dxa"/>
              <w:bottom w:w="100" w:type="dxa"/>
              <w:end w:w="100" w:type="dxa"/>
            </w:tcMar>
            <w:shd w:fill="F3F7F4"/>
          </w:tcPr>
          <w:p>
            <w:pPr>
              <w:spacing w:after="0"/>
            </w:pPr>
            <w:r>
              <w:rPr>
                <w:rFonts w:ascii="Arial" w:hAnsi="Arial"/>
                <w:sz w:val="17"/>
              </w:rPr>
              <w:t>Transcript reviewed by</w:t>
            </w:r>
          </w:p>
        </w:tc>
        <w:tc>
          <w:tcPr>
            <w:tcW w:type="dxa" w:w="6552"/>
            <w:vAlign w:val="center"/>
            <w:tcMar>
              <w:top w:w="100" w:type="dxa"/>
              <w:start w:w="100" w:type="dxa"/>
              <w:bottom w:w="100" w:type="dxa"/>
              <w:end w:w="100" w:type="dxa"/>
            </w:tcMar>
            <w:shd w:fill="F3F7F4"/>
          </w:tcPr>
          <w:p>
            <w:pPr>
              <w:spacing w:after="0"/>
            </w:pPr>
            <w:r>
              <w:rPr>
                <w:rFonts w:ascii="Arial" w:hAnsi="Arial"/>
                <w:sz w:val="17"/>
              </w:rPr>
              <w:t>________________________________________________________</w:t>
            </w:r>
          </w:p>
        </w:tc>
      </w:tr>
    </w:tbl>
    <w:p>
      <w:pPr>
        <w:spacing w:after="20"/>
      </w:pPr>
    </w:p>
    <w:p>
      <w:pPr>
        <w:pStyle w:val="Heading2"/>
      </w:pPr>
      <w:r>
        <w:t>Conversation prompts</w:t>
      </w:r>
    </w:p>
    <w:p>
      <w:pPr>
        <w:spacing w:after="80"/>
        <w:ind w:left="259" w:hanging="259"/>
      </w:pPr>
      <w:r>
        <w:t>☐ What is your earliest memory of the family or neighborhood?</w:t>
      </w:r>
    </w:p>
    <w:p>
      <w:pPr>
        <w:spacing w:after="80"/>
        <w:ind w:left="259" w:hanging="259"/>
      </w:pPr>
      <w:r>
        <w:t>☐ Who helped relatives move, find work, attend school, or establish a home?</w:t>
      </w:r>
    </w:p>
    <w:p>
      <w:pPr>
        <w:spacing w:after="80"/>
        <w:ind w:left="259" w:hanging="259"/>
      </w:pPr>
      <w:r>
        <w:t>☐ Which church, school, business, organization, or place shaped the family?</w:t>
      </w:r>
    </w:p>
    <w:p>
      <w:pPr>
        <w:spacing w:after="80"/>
        <w:ind w:left="259" w:hanging="259"/>
      </w:pPr>
      <w:r>
        <w:t>☐ Which recipes, sayings, songs, celebrations, or responsibilities should continue?</w:t>
      </w:r>
    </w:p>
    <w:p>
      <w:pPr>
        <w:spacing w:after="80"/>
        <w:ind w:left="259" w:hanging="259"/>
      </w:pPr>
      <w:r>
        <w:t>☐ What story has been misunderstood or left out?</w:t>
      </w:r>
    </w:p>
    <w:p>
      <w:pPr>
        <w:spacing w:after="80"/>
        <w:ind w:left="259" w:hanging="259"/>
      </w:pPr>
      <w:r>
        <w:t>☐ What should younger relatives understand about this family?</w:t>
      </w:r>
    </w:p>
    <w:p>
      <w:pPr>
        <w:pStyle w:val="Heading2"/>
      </w:pPr>
      <w:r>
        <w:t>Names, dates, places, and follow-up records mentioned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spacing w:after="80"/>
      </w:pPr>
      <w:r>
        <w:rPr>
          <w:rFonts w:ascii="Arial" w:hAnsi="Arial"/>
          <w:b/>
          <w:color w:val="2F684C"/>
          <w:sz w:val="50"/>
        </w:rPr>
        <w:t>5 Photograph Identification Worksheet</w:t>
      </w:r>
    </w:p>
    <w:p>
      <w:pPr>
        <w:spacing w:after="200"/>
      </w:pPr>
      <w:r>
        <w:rPr>
          <w:rFonts w:ascii="Arial" w:hAnsi="Arial"/>
          <w:color w:val="56675E"/>
          <w:sz w:val="24"/>
        </w:rPr>
        <w:t>Invite relatives to identify people without turning guesses into facts</w:t>
      </w:r>
    </w:p>
    <w:p>
      <w:r>
        <w:t>Photo ID: __________________________  Contributor: __________________________</w:t>
      </w:r>
    </w:p>
    <w:tbl>
      <w:tblPr>
        <w:tblStyle w:val="TableGrid"/>
        <w:tblW w:type="auto" w:w="0"/>
        <w:tblLayout w:type="fixed"/>
        <w:tblLook w:firstColumn="1" w:firstRow="1" w:lastColumn="0" w:lastRow="0" w:noHBand="0" w:noVBand="1" w:val="04A0"/>
      </w:tblPr>
      <w:tblGrid>
        <w:gridCol w:w="2541"/>
        <w:gridCol w:w="2541"/>
        <w:gridCol w:w="2541"/>
        <w:gridCol w:w="2541"/>
      </w:tblGrid>
      <w:tr>
        <w:trPr>
          <w:tblHeader w:val="true"/>
        </w:trPr>
        <w:tc>
          <w:tcPr>
            <w:tcW w:type="dxa" w:w="864"/>
            <w:vAlign w:val="center"/>
            <w:shd w:fill="2F684C"/>
            <w:tcMar>
              <w:top w:w="100" w:type="dxa"/>
              <w:start w:w="100" w:type="dxa"/>
              <w:bottom w:w="100" w:type="dxa"/>
              <w:end w:w="100" w:type="dxa"/>
            </w:tcMar>
          </w:tcPr>
          <w:p>
            <w:r>
              <w:rPr>
                <w:rFonts w:ascii="Arial" w:hAnsi="Arial"/>
                <w:b/>
                <w:color w:val="FFFFFF"/>
                <w:sz w:val="18"/>
              </w:rPr>
              <w:t>Position</w:t>
            </w:r>
          </w:p>
        </w:tc>
        <w:tc>
          <w:tcPr>
            <w:tcW w:type="dxa" w:w="2952"/>
            <w:vAlign w:val="center"/>
            <w:shd w:fill="2F684C"/>
            <w:tcMar>
              <w:top w:w="100" w:type="dxa"/>
              <w:start w:w="100" w:type="dxa"/>
              <w:bottom w:w="100" w:type="dxa"/>
              <w:end w:w="100" w:type="dxa"/>
            </w:tcMar>
          </w:tcPr>
          <w:p>
            <w:r>
              <w:rPr>
                <w:rFonts w:ascii="Arial" w:hAnsi="Arial"/>
                <w:b/>
                <w:color w:val="FFFFFF"/>
                <w:sz w:val="18"/>
              </w:rPr>
              <w:t>Name</w:t>
            </w:r>
          </w:p>
        </w:tc>
        <w:tc>
          <w:tcPr>
            <w:tcW w:type="dxa" w:w="3096"/>
            <w:vAlign w:val="center"/>
            <w:shd w:fill="2F684C"/>
            <w:tcMar>
              <w:top w:w="100" w:type="dxa"/>
              <w:start w:w="100" w:type="dxa"/>
              <w:bottom w:w="100" w:type="dxa"/>
              <w:end w:w="100" w:type="dxa"/>
            </w:tcMar>
          </w:tcPr>
          <w:p>
            <w:r>
              <w:rPr>
                <w:rFonts w:ascii="Arial" w:hAnsi="Arial"/>
                <w:b/>
                <w:color w:val="FFFFFF"/>
                <w:sz w:val="18"/>
              </w:rPr>
              <w:t>Relationship or branch</w:t>
            </w:r>
          </w:p>
        </w:tc>
        <w:tc>
          <w:tcPr>
            <w:tcW w:type="dxa" w:w="2736"/>
            <w:vAlign w:val="center"/>
            <w:shd w:fill="2F684C"/>
            <w:tcMar>
              <w:top w:w="100" w:type="dxa"/>
              <w:start w:w="100" w:type="dxa"/>
              <w:bottom w:w="100" w:type="dxa"/>
              <w:end w:w="100" w:type="dxa"/>
            </w:tcMar>
          </w:tcPr>
          <w:p>
            <w:r>
              <w:rPr>
                <w:rFonts w:ascii="Arial" w:hAnsi="Arial"/>
                <w:b/>
                <w:color w:val="FFFFFF"/>
                <w:sz w:val="18"/>
              </w:rPr>
              <w:t>Confidence / source</w:t>
            </w:r>
          </w:p>
        </w:tc>
      </w:tr>
      <w:tr>
        <w:tc>
          <w:tcPr>
            <w:tcW w:type="dxa" w:w="864"/>
            <w:vAlign w:val="center"/>
            <w:tcMar>
              <w:top w:w="100" w:type="dxa"/>
              <w:start w:w="100" w:type="dxa"/>
              <w:bottom w:w="100" w:type="dxa"/>
              <w:end w:w="100" w:type="dxa"/>
            </w:tcMar>
          </w:tcPr>
          <w:p>
            <w:pPr>
              <w:spacing w:after="0"/>
            </w:pPr>
            <w:r>
              <w:rPr>
                <w:rFonts w:ascii="Arial" w:hAnsi="Arial"/>
                <w:sz w:val="17"/>
              </w:rPr>
              <w:t>1</w:t>
            </w:r>
          </w:p>
        </w:tc>
        <w:tc>
          <w:tcPr>
            <w:tcW w:type="dxa" w:w="2952"/>
            <w:vAlign w:val="center"/>
            <w:tcMar>
              <w:top w:w="100" w:type="dxa"/>
              <w:start w:w="100" w:type="dxa"/>
              <w:bottom w:w="100" w:type="dxa"/>
              <w:end w:w="100" w:type="dxa"/>
            </w:tcMar>
          </w:tcPr>
          <w:p>
            <w:pPr>
              <w:spacing w:after="0"/>
            </w:pPr>
            <w:r>
              <w:rPr>
                <w:rFonts w:ascii="Arial" w:hAnsi="Arial"/>
                <w:sz w:val="17"/>
              </w:rPr>
              <w:t>____________________</w:t>
            </w:r>
          </w:p>
        </w:tc>
        <w:tc>
          <w:tcPr>
            <w:tcW w:type="dxa" w:w="3096"/>
            <w:vAlign w:val="center"/>
            <w:tcMar>
              <w:top w:w="100" w:type="dxa"/>
              <w:start w:w="100" w:type="dxa"/>
              <w:bottom w:w="100" w:type="dxa"/>
              <w:end w:w="100" w:type="dxa"/>
            </w:tcMar>
          </w:tcPr>
          <w:p>
            <w:pPr>
              <w:spacing w:after="0"/>
            </w:pPr>
            <w:r>
              <w:rPr>
                <w:rFonts w:ascii="Arial" w:hAnsi="Arial"/>
                <w:sz w:val="17"/>
              </w:rPr>
              <w:t>____________________</w:t>
            </w:r>
          </w:p>
        </w:tc>
        <w:tc>
          <w:tcPr>
            <w:tcW w:type="dxa" w:w="2736"/>
            <w:vAlign w:val="center"/>
            <w:tcMar>
              <w:top w:w="100" w:type="dxa"/>
              <w:start w:w="100" w:type="dxa"/>
              <w:bottom w:w="100" w:type="dxa"/>
              <w:end w:w="100" w:type="dxa"/>
            </w:tcMar>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shd w:fill="F3F7F4"/>
          </w:tcPr>
          <w:p>
            <w:pPr>
              <w:spacing w:after="0"/>
            </w:pPr>
            <w:r>
              <w:rPr>
                <w:rFonts w:ascii="Arial" w:hAnsi="Arial"/>
                <w:sz w:val="17"/>
              </w:rPr>
              <w:t>2</w:t>
            </w:r>
          </w:p>
        </w:tc>
        <w:tc>
          <w:tcPr>
            <w:tcW w:type="dxa" w:w="2952"/>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2736"/>
            <w:vAlign w:val="center"/>
            <w:tcMar>
              <w:top w:w="100" w:type="dxa"/>
              <w:start w:w="100" w:type="dxa"/>
              <w:bottom w:w="100" w:type="dxa"/>
              <w:end w:w="100" w:type="dxa"/>
            </w:tcMar>
            <w:shd w:fill="F3F7F4"/>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tcPr>
          <w:p>
            <w:pPr>
              <w:spacing w:after="0"/>
            </w:pPr>
            <w:r>
              <w:rPr>
                <w:rFonts w:ascii="Arial" w:hAnsi="Arial"/>
                <w:sz w:val="17"/>
              </w:rPr>
              <w:t>3</w:t>
            </w:r>
          </w:p>
        </w:tc>
        <w:tc>
          <w:tcPr>
            <w:tcW w:type="dxa" w:w="2952"/>
            <w:vAlign w:val="center"/>
            <w:tcMar>
              <w:top w:w="100" w:type="dxa"/>
              <w:start w:w="100" w:type="dxa"/>
              <w:bottom w:w="100" w:type="dxa"/>
              <w:end w:w="100" w:type="dxa"/>
            </w:tcMar>
          </w:tcPr>
          <w:p>
            <w:pPr>
              <w:spacing w:after="0"/>
            </w:pPr>
            <w:r>
              <w:rPr>
                <w:rFonts w:ascii="Arial" w:hAnsi="Arial"/>
                <w:sz w:val="17"/>
              </w:rPr>
              <w:t>____________________</w:t>
            </w:r>
          </w:p>
        </w:tc>
        <w:tc>
          <w:tcPr>
            <w:tcW w:type="dxa" w:w="3096"/>
            <w:vAlign w:val="center"/>
            <w:tcMar>
              <w:top w:w="100" w:type="dxa"/>
              <w:start w:w="100" w:type="dxa"/>
              <w:bottom w:w="100" w:type="dxa"/>
              <w:end w:w="100" w:type="dxa"/>
            </w:tcMar>
          </w:tcPr>
          <w:p>
            <w:pPr>
              <w:spacing w:after="0"/>
            </w:pPr>
            <w:r>
              <w:rPr>
                <w:rFonts w:ascii="Arial" w:hAnsi="Arial"/>
                <w:sz w:val="17"/>
              </w:rPr>
              <w:t>____________________</w:t>
            </w:r>
          </w:p>
        </w:tc>
        <w:tc>
          <w:tcPr>
            <w:tcW w:type="dxa" w:w="2736"/>
            <w:vAlign w:val="center"/>
            <w:tcMar>
              <w:top w:w="100" w:type="dxa"/>
              <w:start w:w="100" w:type="dxa"/>
              <w:bottom w:w="100" w:type="dxa"/>
              <w:end w:w="100" w:type="dxa"/>
            </w:tcMar>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shd w:fill="F3F7F4"/>
          </w:tcPr>
          <w:p>
            <w:pPr>
              <w:spacing w:after="0"/>
            </w:pPr>
            <w:r>
              <w:rPr>
                <w:rFonts w:ascii="Arial" w:hAnsi="Arial"/>
                <w:sz w:val="17"/>
              </w:rPr>
              <w:t>4</w:t>
            </w:r>
          </w:p>
        </w:tc>
        <w:tc>
          <w:tcPr>
            <w:tcW w:type="dxa" w:w="2952"/>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2736"/>
            <w:vAlign w:val="center"/>
            <w:tcMar>
              <w:top w:w="100" w:type="dxa"/>
              <w:start w:w="100" w:type="dxa"/>
              <w:bottom w:w="100" w:type="dxa"/>
              <w:end w:w="100" w:type="dxa"/>
            </w:tcMar>
            <w:shd w:fill="F3F7F4"/>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tcPr>
          <w:p>
            <w:pPr>
              <w:spacing w:after="0"/>
            </w:pPr>
            <w:r>
              <w:rPr>
                <w:rFonts w:ascii="Arial" w:hAnsi="Arial"/>
                <w:sz w:val="17"/>
              </w:rPr>
              <w:t>5</w:t>
            </w:r>
          </w:p>
        </w:tc>
        <w:tc>
          <w:tcPr>
            <w:tcW w:type="dxa" w:w="2952"/>
            <w:vAlign w:val="center"/>
            <w:tcMar>
              <w:top w:w="100" w:type="dxa"/>
              <w:start w:w="100" w:type="dxa"/>
              <w:bottom w:w="100" w:type="dxa"/>
              <w:end w:w="100" w:type="dxa"/>
            </w:tcMar>
          </w:tcPr>
          <w:p>
            <w:pPr>
              <w:spacing w:after="0"/>
            </w:pPr>
            <w:r>
              <w:rPr>
                <w:rFonts w:ascii="Arial" w:hAnsi="Arial"/>
                <w:sz w:val="17"/>
              </w:rPr>
              <w:t>____________________</w:t>
            </w:r>
          </w:p>
        </w:tc>
        <w:tc>
          <w:tcPr>
            <w:tcW w:type="dxa" w:w="3096"/>
            <w:vAlign w:val="center"/>
            <w:tcMar>
              <w:top w:w="100" w:type="dxa"/>
              <w:start w:w="100" w:type="dxa"/>
              <w:bottom w:w="100" w:type="dxa"/>
              <w:end w:w="100" w:type="dxa"/>
            </w:tcMar>
          </w:tcPr>
          <w:p>
            <w:pPr>
              <w:spacing w:after="0"/>
            </w:pPr>
            <w:r>
              <w:rPr>
                <w:rFonts w:ascii="Arial" w:hAnsi="Arial"/>
                <w:sz w:val="17"/>
              </w:rPr>
              <w:t>____________________</w:t>
            </w:r>
          </w:p>
        </w:tc>
        <w:tc>
          <w:tcPr>
            <w:tcW w:type="dxa" w:w="2736"/>
            <w:vAlign w:val="center"/>
            <w:tcMar>
              <w:top w:w="100" w:type="dxa"/>
              <w:start w:w="100" w:type="dxa"/>
              <w:bottom w:w="100" w:type="dxa"/>
              <w:end w:w="100" w:type="dxa"/>
            </w:tcMar>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shd w:fill="F3F7F4"/>
          </w:tcPr>
          <w:p>
            <w:pPr>
              <w:spacing w:after="0"/>
            </w:pPr>
            <w:r>
              <w:rPr>
                <w:rFonts w:ascii="Arial" w:hAnsi="Arial"/>
                <w:sz w:val="17"/>
              </w:rPr>
              <w:t>6</w:t>
            </w:r>
          </w:p>
        </w:tc>
        <w:tc>
          <w:tcPr>
            <w:tcW w:type="dxa" w:w="2952"/>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2736"/>
            <w:vAlign w:val="center"/>
            <w:tcMar>
              <w:top w:w="100" w:type="dxa"/>
              <w:start w:w="100" w:type="dxa"/>
              <w:bottom w:w="100" w:type="dxa"/>
              <w:end w:w="100" w:type="dxa"/>
            </w:tcMar>
            <w:shd w:fill="F3F7F4"/>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tcPr>
          <w:p>
            <w:pPr>
              <w:spacing w:after="0"/>
            </w:pPr>
            <w:r>
              <w:rPr>
                <w:rFonts w:ascii="Arial" w:hAnsi="Arial"/>
                <w:sz w:val="17"/>
              </w:rPr>
              <w:t>7</w:t>
            </w:r>
          </w:p>
        </w:tc>
        <w:tc>
          <w:tcPr>
            <w:tcW w:type="dxa" w:w="2952"/>
            <w:vAlign w:val="center"/>
            <w:tcMar>
              <w:top w:w="100" w:type="dxa"/>
              <w:start w:w="100" w:type="dxa"/>
              <w:bottom w:w="100" w:type="dxa"/>
              <w:end w:w="100" w:type="dxa"/>
            </w:tcMar>
          </w:tcPr>
          <w:p>
            <w:pPr>
              <w:spacing w:after="0"/>
            </w:pPr>
            <w:r>
              <w:rPr>
                <w:rFonts w:ascii="Arial" w:hAnsi="Arial"/>
                <w:sz w:val="17"/>
              </w:rPr>
              <w:t>____________________</w:t>
            </w:r>
          </w:p>
        </w:tc>
        <w:tc>
          <w:tcPr>
            <w:tcW w:type="dxa" w:w="3096"/>
            <w:vAlign w:val="center"/>
            <w:tcMar>
              <w:top w:w="100" w:type="dxa"/>
              <w:start w:w="100" w:type="dxa"/>
              <w:bottom w:w="100" w:type="dxa"/>
              <w:end w:w="100" w:type="dxa"/>
            </w:tcMar>
          </w:tcPr>
          <w:p>
            <w:pPr>
              <w:spacing w:after="0"/>
            </w:pPr>
            <w:r>
              <w:rPr>
                <w:rFonts w:ascii="Arial" w:hAnsi="Arial"/>
                <w:sz w:val="17"/>
              </w:rPr>
              <w:t>____________________</w:t>
            </w:r>
          </w:p>
        </w:tc>
        <w:tc>
          <w:tcPr>
            <w:tcW w:type="dxa" w:w="2736"/>
            <w:vAlign w:val="center"/>
            <w:tcMar>
              <w:top w:w="100" w:type="dxa"/>
              <w:start w:w="100" w:type="dxa"/>
              <w:bottom w:w="100" w:type="dxa"/>
              <w:end w:w="100" w:type="dxa"/>
            </w:tcMar>
          </w:tcPr>
          <w:p>
            <w:pPr>
              <w:spacing w:after="0"/>
            </w:pPr>
            <w:r>
              <w:rPr>
                <w:rFonts w:ascii="Arial" w:hAnsi="Arial"/>
                <w:sz w:val="17"/>
              </w:rPr>
              <w:t>confirmed / probable / unknown</w:t>
            </w:r>
          </w:p>
        </w:tc>
      </w:tr>
      <w:tr>
        <w:tc>
          <w:tcPr>
            <w:tcW w:type="dxa" w:w="864"/>
            <w:vAlign w:val="center"/>
            <w:tcMar>
              <w:top w:w="100" w:type="dxa"/>
              <w:start w:w="100" w:type="dxa"/>
              <w:bottom w:w="100" w:type="dxa"/>
              <w:end w:w="100" w:type="dxa"/>
            </w:tcMar>
            <w:shd w:fill="F3F7F4"/>
          </w:tcPr>
          <w:p>
            <w:pPr>
              <w:spacing w:after="0"/>
            </w:pPr>
            <w:r>
              <w:rPr>
                <w:rFonts w:ascii="Arial" w:hAnsi="Arial"/>
                <w:sz w:val="17"/>
              </w:rPr>
              <w:t>8</w:t>
            </w:r>
          </w:p>
        </w:tc>
        <w:tc>
          <w:tcPr>
            <w:tcW w:type="dxa" w:w="2952"/>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2736"/>
            <w:vAlign w:val="center"/>
            <w:tcMar>
              <w:top w:w="100" w:type="dxa"/>
              <w:start w:w="100" w:type="dxa"/>
              <w:bottom w:w="100" w:type="dxa"/>
              <w:end w:w="100" w:type="dxa"/>
            </w:tcMar>
            <w:shd w:fill="F3F7F4"/>
          </w:tcPr>
          <w:p>
            <w:pPr>
              <w:spacing w:after="0"/>
            </w:pPr>
            <w:r>
              <w:rPr>
                <w:rFonts w:ascii="Arial" w:hAnsi="Arial"/>
                <w:sz w:val="17"/>
              </w:rPr>
              <w:t>confirmed / probable / unknown</w:t>
            </w:r>
          </w:p>
        </w:tc>
      </w:tr>
    </w:tbl>
    <w:p>
      <w:pPr>
        <w:spacing w:after="20"/>
      </w:pPr>
    </w:p>
    <w:p>
      <w:r>
        <w:t>Approximate year: ____________________  Place or occasion: ______________________________</w:t>
      </w:r>
    </w:p>
    <w:p>
      <w:r>
        <w:t>Clues visible in the photograph: ______________________________________________________</w:t>
      </w:r>
    </w:p>
    <w:p>
      <w:r>
        <w:t>Who supplied or confirmed this information: __________________________________________</w:t>
      </w:r>
    </w:p>
    <w:p>
      <w:r>
        <w:t>Unresolved questions: ________________________________________________________________</w:t>
      </w:r>
    </w:p>
    <w:p>
      <w:r>
        <w:br w:type="page"/>
      </w:r>
    </w:p>
    <w:p>
      <w:pPr>
        <w:spacing w:after="80"/>
      </w:pPr>
      <w:r>
        <w:rPr>
          <w:rFonts w:ascii="Arial" w:hAnsi="Arial"/>
          <w:b/>
          <w:color w:val="2F684C"/>
          <w:sz w:val="50"/>
        </w:rPr>
        <w:t>6 Source and Research Log</w:t>
      </w:r>
    </w:p>
    <w:p>
      <w:pPr>
        <w:spacing w:after="200"/>
      </w:pPr>
      <w:r>
        <w:rPr>
          <w:rFonts w:ascii="Arial" w:hAnsi="Arial"/>
          <w:color w:val="56675E"/>
          <w:sz w:val="24"/>
        </w:rPr>
        <w:t>Keep enough detail for another relative to locate the evidence again</w:t>
      </w:r>
    </w:p>
    <w:tbl>
      <w:tblPr>
        <w:tblStyle w:val="TableGrid"/>
        <w:tblW w:type="auto" w:w="0"/>
        <w:tblLayout w:type="fixed"/>
        <w:tblLook w:firstColumn="1" w:firstRow="1" w:lastColumn="0" w:lastRow="0" w:noHBand="0" w:noVBand="1" w:val="04A0"/>
      </w:tblPr>
      <w:tblGrid>
        <w:gridCol w:w="2541"/>
        <w:gridCol w:w="2541"/>
        <w:gridCol w:w="2541"/>
        <w:gridCol w:w="2541"/>
      </w:tblGrid>
      <w:tr>
        <w:trPr>
          <w:tblHeader w:val="true"/>
        </w:trPr>
        <w:tc>
          <w:tcPr>
            <w:tcW w:type="dxa" w:w="1080"/>
            <w:vAlign w:val="center"/>
            <w:shd w:fill="2F684C"/>
            <w:tcMar>
              <w:top w:w="100" w:type="dxa"/>
              <w:start w:w="100" w:type="dxa"/>
              <w:bottom w:w="100" w:type="dxa"/>
              <w:end w:w="100" w:type="dxa"/>
            </w:tcMar>
          </w:tcPr>
          <w:p>
            <w:r>
              <w:rPr>
                <w:rFonts w:ascii="Arial" w:hAnsi="Arial"/>
                <w:b/>
                <w:color w:val="FFFFFF"/>
                <w:sz w:val="18"/>
              </w:rPr>
              <w:t>Date</w:t>
            </w:r>
          </w:p>
        </w:tc>
        <w:tc>
          <w:tcPr>
            <w:tcW w:type="dxa" w:w="2376"/>
            <w:vAlign w:val="center"/>
            <w:shd w:fill="2F684C"/>
            <w:tcMar>
              <w:top w:w="100" w:type="dxa"/>
              <w:start w:w="100" w:type="dxa"/>
              <w:bottom w:w="100" w:type="dxa"/>
              <w:end w:w="100" w:type="dxa"/>
            </w:tcMar>
          </w:tcPr>
          <w:p>
            <w:r>
              <w:rPr>
                <w:rFonts w:ascii="Arial" w:hAnsi="Arial"/>
                <w:b/>
                <w:color w:val="FFFFFF"/>
                <w:sz w:val="18"/>
              </w:rPr>
              <w:t>Person or record</w:t>
            </w:r>
          </w:p>
        </w:tc>
        <w:tc>
          <w:tcPr>
            <w:tcW w:type="dxa" w:w="2664"/>
            <w:vAlign w:val="center"/>
            <w:shd w:fill="2F684C"/>
            <w:tcMar>
              <w:top w:w="100" w:type="dxa"/>
              <w:start w:w="100" w:type="dxa"/>
              <w:bottom w:w="100" w:type="dxa"/>
              <w:end w:w="100" w:type="dxa"/>
            </w:tcMar>
          </w:tcPr>
          <w:p>
            <w:r>
              <w:rPr>
                <w:rFonts w:ascii="Arial" w:hAnsi="Arial"/>
                <w:b/>
                <w:color w:val="FFFFFF"/>
                <w:sz w:val="18"/>
              </w:rPr>
              <w:t>Repository or source</w:t>
            </w:r>
          </w:p>
        </w:tc>
        <w:tc>
          <w:tcPr>
            <w:tcW w:type="dxa" w:w="3528"/>
            <w:vAlign w:val="center"/>
            <w:shd w:fill="2F684C"/>
            <w:tcMar>
              <w:top w:w="100" w:type="dxa"/>
              <w:start w:w="100" w:type="dxa"/>
              <w:bottom w:w="100" w:type="dxa"/>
              <w:end w:w="100" w:type="dxa"/>
            </w:tcMar>
          </w:tcPr>
          <w:p>
            <w:r>
              <w:rPr>
                <w:rFonts w:ascii="Arial" w:hAnsi="Arial"/>
                <w:b/>
                <w:color w:val="FFFFFF"/>
                <w:sz w:val="18"/>
              </w:rPr>
              <w:t>Finding and next step</w:t>
            </w:r>
          </w:p>
        </w:tc>
      </w:tr>
      <w:tr>
        <w:tc>
          <w:tcPr>
            <w:tcW w:type="dxa" w:w="1080"/>
            <w:vAlign w:val="center"/>
            <w:tcMar>
              <w:top w:w="100" w:type="dxa"/>
              <w:start w:w="100" w:type="dxa"/>
              <w:bottom w:w="100" w:type="dxa"/>
              <w:end w:w="100" w:type="dxa"/>
            </w:tcMar>
          </w:tcPr>
          <w:p>
            <w:pPr>
              <w:spacing w:after="0"/>
            </w:pPr>
            <w:r>
              <w:rPr>
                <w:rFonts w:ascii="Arial" w:hAnsi="Arial"/>
                <w:sz w:val="17"/>
              </w:rPr>
              <w:t>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2664"/>
            <w:vAlign w:val="center"/>
            <w:tcMar>
              <w:top w:w="100" w:type="dxa"/>
              <w:start w:w="100" w:type="dxa"/>
              <w:bottom w:w="100" w:type="dxa"/>
              <w:end w:w="100" w:type="dxa"/>
            </w:tcMar>
          </w:tcPr>
          <w:p>
            <w:pPr>
              <w:spacing w:after="0"/>
            </w:pPr>
            <w:r>
              <w:rPr>
                <w:rFonts w:ascii="Arial" w:hAnsi="Arial"/>
                <w:sz w:val="17"/>
              </w:rPr>
              <w:t>____________________</w:t>
            </w:r>
          </w:p>
        </w:tc>
        <w:tc>
          <w:tcPr>
            <w:tcW w:type="dxa" w:w="3528"/>
            <w:vAlign w:val="center"/>
            <w:tcMar>
              <w:top w:w="100" w:type="dxa"/>
              <w:start w:w="100" w:type="dxa"/>
              <w:bottom w:w="100" w:type="dxa"/>
              <w:end w:w="100" w:type="dxa"/>
            </w:tcMar>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shd w:fill="F3F7F4"/>
          </w:tcPr>
          <w:p>
            <w:pPr>
              <w:spacing w:after="0"/>
            </w:pPr>
            <w:r>
              <w:rPr>
                <w:rFonts w:ascii="Arial" w:hAnsi="Arial"/>
                <w:sz w:val="17"/>
              </w:rPr>
              <w:t>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2664"/>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528"/>
            <w:vAlign w:val="center"/>
            <w:tcMar>
              <w:top w:w="100" w:type="dxa"/>
              <w:start w:w="100" w:type="dxa"/>
              <w:bottom w:w="100" w:type="dxa"/>
              <w:end w:w="100" w:type="dxa"/>
            </w:tcMar>
            <w:shd w:fill="F3F7F4"/>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tcPr>
          <w:p>
            <w:pPr>
              <w:spacing w:after="0"/>
            </w:pPr>
            <w:r>
              <w:rPr>
                <w:rFonts w:ascii="Arial" w:hAnsi="Arial"/>
                <w:sz w:val="17"/>
              </w:rPr>
              <w:t>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2664"/>
            <w:vAlign w:val="center"/>
            <w:tcMar>
              <w:top w:w="100" w:type="dxa"/>
              <w:start w:w="100" w:type="dxa"/>
              <w:bottom w:w="100" w:type="dxa"/>
              <w:end w:w="100" w:type="dxa"/>
            </w:tcMar>
          </w:tcPr>
          <w:p>
            <w:pPr>
              <w:spacing w:after="0"/>
            </w:pPr>
            <w:r>
              <w:rPr>
                <w:rFonts w:ascii="Arial" w:hAnsi="Arial"/>
                <w:sz w:val="17"/>
              </w:rPr>
              <w:t>____________________</w:t>
            </w:r>
          </w:p>
        </w:tc>
        <w:tc>
          <w:tcPr>
            <w:tcW w:type="dxa" w:w="3528"/>
            <w:vAlign w:val="center"/>
            <w:tcMar>
              <w:top w:w="100" w:type="dxa"/>
              <w:start w:w="100" w:type="dxa"/>
              <w:bottom w:w="100" w:type="dxa"/>
              <w:end w:w="100" w:type="dxa"/>
            </w:tcMar>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shd w:fill="F3F7F4"/>
          </w:tcPr>
          <w:p>
            <w:pPr>
              <w:spacing w:after="0"/>
            </w:pPr>
            <w:r>
              <w:rPr>
                <w:rFonts w:ascii="Arial" w:hAnsi="Arial"/>
                <w:sz w:val="17"/>
              </w:rPr>
              <w:t>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2664"/>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528"/>
            <w:vAlign w:val="center"/>
            <w:tcMar>
              <w:top w:w="100" w:type="dxa"/>
              <w:start w:w="100" w:type="dxa"/>
              <w:bottom w:w="100" w:type="dxa"/>
              <w:end w:w="100" w:type="dxa"/>
            </w:tcMar>
            <w:shd w:fill="F3F7F4"/>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tcPr>
          <w:p>
            <w:pPr>
              <w:spacing w:after="0"/>
            </w:pPr>
            <w:r>
              <w:rPr>
                <w:rFonts w:ascii="Arial" w:hAnsi="Arial"/>
                <w:sz w:val="17"/>
              </w:rPr>
              <w:t>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2664"/>
            <w:vAlign w:val="center"/>
            <w:tcMar>
              <w:top w:w="100" w:type="dxa"/>
              <w:start w:w="100" w:type="dxa"/>
              <w:bottom w:w="100" w:type="dxa"/>
              <w:end w:w="100" w:type="dxa"/>
            </w:tcMar>
          </w:tcPr>
          <w:p>
            <w:pPr>
              <w:spacing w:after="0"/>
            </w:pPr>
            <w:r>
              <w:rPr>
                <w:rFonts w:ascii="Arial" w:hAnsi="Arial"/>
                <w:sz w:val="17"/>
              </w:rPr>
              <w:t>____________________</w:t>
            </w:r>
          </w:p>
        </w:tc>
        <w:tc>
          <w:tcPr>
            <w:tcW w:type="dxa" w:w="3528"/>
            <w:vAlign w:val="center"/>
            <w:tcMar>
              <w:top w:w="100" w:type="dxa"/>
              <w:start w:w="100" w:type="dxa"/>
              <w:bottom w:w="100" w:type="dxa"/>
              <w:end w:w="100" w:type="dxa"/>
            </w:tcMar>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shd w:fill="F3F7F4"/>
          </w:tcPr>
          <w:p>
            <w:pPr>
              <w:spacing w:after="0"/>
            </w:pPr>
            <w:r>
              <w:rPr>
                <w:rFonts w:ascii="Arial" w:hAnsi="Arial"/>
                <w:sz w:val="17"/>
              </w:rPr>
              <w:t>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2664"/>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528"/>
            <w:vAlign w:val="center"/>
            <w:tcMar>
              <w:top w:w="100" w:type="dxa"/>
              <w:start w:w="100" w:type="dxa"/>
              <w:bottom w:w="100" w:type="dxa"/>
              <w:end w:w="100" w:type="dxa"/>
            </w:tcMar>
            <w:shd w:fill="F3F7F4"/>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tcPr>
          <w:p>
            <w:pPr>
              <w:spacing w:after="0"/>
            </w:pPr>
            <w:r>
              <w:rPr>
                <w:rFonts w:ascii="Arial" w:hAnsi="Arial"/>
                <w:sz w:val="17"/>
              </w:rPr>
              <w:t>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2664"/>
            <w:vAlign w:val="center"/>
            <w:tcMar>
              <w:top w:w="100" w:type="dxa"/>
              <w:start w:w="100" w:type="dxa"/>
              <w:bottom w:w="100" w:type="dxa"/>
              <w:end w:w="100" w:type="dxa"/>
            </w:tcMar>
          </w:tcPr>
          <w:p>
            <w:pPr>
              <w:spacing w:after="0"/>
            </w:pPr>
            <w:r>
              <w:rPr>
                <w:rFonts w:ascii="Arial" w:hAnsi="Arial"/>
                <w:sz w:val="17"/>
              </w:rPr>
              <w:t>____________________</w:t>
            </w:r>
          </w:p>
        </w:tc>
        <w:tc>
          <w:tcPr>
            <w:tcW w:type="dxa" w:w="3528"/>
            <w:vAlign w:val="center"/>
            <w:tcMar>
              <w:top w:w="100" w:type="dxa"/>
              <w:start w:w="100" w:type="dxa"/>
              <w:bottom w:w="100" w:type="dxa"/>
              <w:end w:w="100" w:type="dxa"/>
            </w:tcMar>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shd w:fill="F3F7F4"/>
          </w:tcPr>
          <w:p>
            <w:pPr>
              <w:spacing w:after="0"/>
            </w:pPr>
            <w:r>
              <w:rPr>
                <w:rFonts w:ascii="Arial" w:hAnsi="Arial"/>
                <w:sz w:val="17"/>
              </w:rPr>
              <w:t>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2664"/>
            <w:vAlign w:val="center"/>
            <w:tcMar>
              <w:top w:w="100" w:type="dxa"/>
              <w:start w:w="100" w:type="dxa"/>
              <w:bottom w:w="100" w:type="dxa"/>
              <w:end w:w="100" w:type="dxa"/>
            </w:tcMar>
            <w:shd w:fill="F3F7F4"/>
          </w:tcPr>
          <w:p>
            <w:pPr>
              <w:spacing w:after="0"/>
            </w:pPr>
            <w:r>
              <w:rPr>
                <w:rFonts w:ascii="Arial" w:hAnsi="Arial"/>
                <w:sz w:val="17"/>
              </w:rPr>
              <w:t>____________________</w:t>
            </w:r>
          </w:p>
        </w:tc>
        <w:tc>
          <w:tcPr>
            <w:tcW w:type="dxa" w:w="3528"/>
            <w:vAlign w:val="center"/>
            <w:tcMar>
              <w:top w:w="100" w:type="dxa"/>
              <w:start w:w="100" w:type="dxa"/>
              <w:bottom w:w="100" w:type="dxa"/>
              <w:end w:w="100" w:type="dxa"/>
            </w:tcMar>
            <w:shd w:fill="F3F7F4"/>
          </w:tcPr>
          <w:p>
            <w:pPr>
              <w:spacing w:after="0"/>
            </w:pPr>
            <w:r>
              <w:rPr>
                <w:rFonts w:ascii="Arial" w:hAnsi="Arial"/>
                <w:sz w:val="17"/>
              </w:rPr>
              <w:t>________________________________</w:t>
            </w:r>
          </w:p>
        </w:tc>
      </w:tr>
      <w:tr>
        <w:tc>
          <w:tcPr>
            <w:tcW w:type="dxa" w:w="1080"/>
            <w:vAlign w:val="center"/>
            <w:tcMar>
              <w:top w:w="100" w:type="dxa"/>
              <w:start w:w="100" w:type="dxa"/>
              <w:bottom w:w="100" w:type="dxa"/>
              <w:end w:w="100" w:type="dxa"/>
            </w:tcMar>
          </w:tcPr>
          <w:p>
            <w:pPr>
              <w:spacing w:after="0"/>
            </w:pPr>
            <w:r>
              <w:rPr>
                <w:rFonts w:ascii="Arial" w:hAnsi="Arial"/>
                <w:sz w:val="17"/>
              </w:rPr>
              <w:t>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2664"/>
            <w:vAlign w:val="center"/>
            <w:tcMar>
              <w:top w:w="100" w:type="dxa"/>
              <w:start w:w="100" w:type="dxa"/>
              <w:bottom w:w="100" w:type="dxa"/>
              <w:end w:w="100" w:type="dxa"/>
            </w:tcMar>
          </w:tcPr>
          <w:p>
            <w:pPr>
              <w:spacing w:after="0"/>
            </w:pPr>
            <w:r>
              <w:rPr>
                <w:rFonts w:ascii="Arial" w:hAnsi="Arial"/>
                <w:sz w:val="17"/>
              </w:rPr>
              <w:t>____________________</w:t>
            </w:r>
          </w:p>
        </w:tc>
        <w:tc>
          <w:tcPr>
            <w:tcW w:type="dxa" w:w="3528"/>
            <w:vAlign w:val="center"/>
            <w:tcMar>
              <w:top w:w="100" w:type="dxa"/>
              <w:start w:w="100" w:type="dxa"/>
              <w:bottom w:w="100" w:type="dxa"/>
              <w:end w:w="100" w:type="dxa"/>
            </w:tcMar>
          </w:tcPr>
          <w:p>
            <w:pPr>
              <w:spacing w:after="0"/>
            </w:pPr>
            <w:r>
              <w:rPr>
                <w:rFonts w:ascii="Arial" w:hAnsi="Arial"/>
                <w:sz w:val="17"/>
              </w:rPr>
              <w:t>________________________________</w:t>
            </w:r>
          </w:p>
        </w:tc>
      </w:tr>
    </w:tbl>
    <w:p>
      <w:pPr>
        <w:spacing w:after="20"/>
      </w:pPr>
    </w:p>
    <w:p>
      <w:pPr>
        <w:pStyle w:val="Heading2"/>
      </w:pPr>
      <w:r>
        <w:t>Evidence labels</w:t>
      </w:r>
    </w:p>
    <w:p>
      <w:r>
        <w:t>Confirmed means supported by reliable evidence. Probable means evidence points in one direction but is incomplete. Family recollection means the account is preserved with the storyteller's name and has not yet been independently verified. Unknown means the family is still researching the question.</w:t>
      </w:r>
    </w:p>
    <w:p>
      <w:r>
        <w:br w:type="page"/>
      </w:r>
    </w:p>
    <w:p>
      <w:pPr>
        <w:spacing w:after="80"/>
      </w:pPr>
      <w:r>
        <w:rPr>
          <w:rFonts w:ascii="Arial" w:hAnsi="Arial"/>
          <w:b/>
          <w:color w:val="2F684C"/>
          <w:sz w:val="50"/>
        </w:rPr>
        <w:t>7 File Naming and Backup Plan</w:t>
      </w:r>
    </w:p>
    <w:p>
      <w:pPr>
        <w:spacing w:after="200"/>
      </w:pPr>
      <w:r>
        <w:rPr>
          <w:rFonts w:ascii="Arial" w:hAnsi="Arial"/>
          <w:color w:val="56675E"/>
          <w:sz w:val="24"/>
        </w:rPr>
        <w:t>Make the archive understandable and recoverable without relying on one person</w:t>
      </w:r>
    </w:p>
    <w:p>
      <w:pPr>
        <w:pStyle w:val="Heading2"/>
      </w:pPr>
      <w:r>
        <w:t>Recommended filename pattern</w:t>
      </w:r>
    </w:p>
    <w:p>
      <w:r>
        <w:t>FAMILY_YYYY-OR-ESTIMATE_LOCATION_PEOPLE-OR-SUBJECT_ITEM-ID.ext</w:t>
      </w:r>
    </w:p>
    <w:p>
      <w:r>
        <w:t>Example: ROBINSON_1954_EST_STLOUIS_CHURCH-PICNIC_PH023.tif</w:t>
      </w:r>
    </w:p>
    <w:tbl>
      <w:tblPr>
        <w:tblStyle w:val="TableGrid"/>
        <w:tblW w:type="auto" w:w="0"/>
        <w:tblLayout w:type="fixed"/>
        <w:tblLook w:firstColumn="1" w:firstRow="1" w:lastColumn="0" w:lastRow="0" w:noHBand="0" w:noVBand="1" w:val="04A0"/>
      </w:tblPr>
      <w:tblGrid>
        <w:gridCol w:w="2541"/>
        <w:gridCol w:w="2541"/>
        <w:gridCol w:w="2541"/>
        <w:gridCol w:w="2541"/>
      </w:tblGrid>
      <w:tr>
        <w:trPr>
          <w:tblHeader w:val="true"/>
        </w:trPr>
        <w:tc>
          <w:tcPr>
            <w:tcW w:type="dxa" w:w="2088"/>
            <w:vAlign w:val="center"/>
            <w:shd w:fill="2F684C"/>
            <w:tcMar>
              <w:top w:w="100" w:type="dxa"/>
              <w:start w:w="100" w:type="dxa"/>
              <w:bottom w:w="100" w:type="dxa"/>
              <w:end w:w="100" w:type="dxa"/>
            </w:tcMar>
          </w:tcPr>
          <w:p>
            <w:r>
              <w:rPr>
                <w:rFonts w:ascii="Arial" w:hAnsi="Arial"/>
                <w:b/>
                <w:color w:val="FFFFFF"/>
                <w:sz w:val="18"/>
              </w:rPr>
              <w:t>Copy</w:t>
            </w:r>
          </w:p>
        </w:tc>
        <w:tc>
          <w:tcPr>
            <w:tcW w:type="dxa" w:w="3096"/>
            <w:vAlign w:val="center"/>
            <w:shd w:fill="2F684C"/>
            <w:tcMar>
              <w:top w:w="100" w:type="dxa"/>
              <w:start w:w="100" w:type="dxa"/>
              <w:bottom w:w="100" w:type="dxa"/>
              <w:end w:w="100" w:type="dxa"/>
            </w:tcMar>
          </w:tcPr>
          <w:p>
            <w:r>
              <w:rPr>
                <w:rFonts w:ascii="Arial" w:hAnsi="Arial"/>
                <w:b/>
                <w:color w:val="FFFFFF"/>
                <w:sz w:val="18"/>
              </w:rPr>
              <w:t>Location</w:t>
            </w:r>
          </w:p>
        </w:tc>
        <w:tc>
          <w:tcPr>
            <w:tcW w:type="dxa" w:w="2376"/>
            <w:vAlign w:val="center"/>
            <w:shd w:fill="2F684C"/>
            <w:tcMar>
              <w:top w:w="100" w:type="dxa"/>
              <w:start w:w="100" w:type="dxa"/>
              <w:bottom w:w="100" w:type="dxa"/>
              <w:end w:w="100" w:type="dxa"/>
            </w:tcMar>
          </w:tcPr>
          <w:p>
            <w:r>
              <w:rPr>
                <w:rFonts w:ascii="Arial" w:hAnsi="Arial"/>
                <w:b/>
                <w:color w:val="FFFFFF"/>
                <w:sz w:val="18"/>
              </w:rPr>
              <w:t>Responsible person</w:t>
            </w:r>
          </w:p>
        </w:tc>
        <w:tc>
          <w:tcPr>
            <w:tcW w:type="dxa" w:w="1656"/>
            <w:vAlign w:val="center"/>
            <w:shd w:fill="2F684C"/>
            <w:tcMar>
              <w:top w:w="100" w:type="dxa"/>
              <w:start w:w="100" w:type="dxa"/>
              <w:bottom w:w="100" w:type="dxa"/>
              <w:end w:w="100" w:type="dxa"/>
            </w:tcMar>
          </w:tcPr>
          <w:p>
            <w:r>
              <w:rPr>
                <w:rFonts w:ascii="Arial" w:hAnsi="Arial"/>
                <w:b/>
                <w:color w:val="FFFFFF"/>
                <w:sz w:val="18"/>
              </w:rPr>
              <w:t>Last verified</w:t>
            </w:r>
          </w:p>
        </w:tc>
      </w:tr>
      <w:tr>
        <w:tc>
          <w:tcPr>
            <w:tcW w:type="dxa" w:w="2088"/>
            <w:vAlign w:val="center"/>
            <w:tcMar>
              <w:top w:w="100" w:type="dxa"/>
              <w:start w:w="100" w:type="dxa"/>
              <w:bottom w:w="100" w:type="dxa"/>
              <w:end w:w="100" w:type="dxa"/>
            </w:tcMar>
          </w:tcPr>
          <w:p>
            <w:pPr>
              <w:spacing w:after="0"/>
            </w:pPr>
            <w:r>
              <w:rPr>
                <w:rFonts w:ascii="Arial" w:hAnsi="Arial"/>
                <w:sz w:val="17"/>
              </w:rPr>
              <w:t>Preservation master</w:t>
            </w:r>
          </w:p>
        </w:tc>
        <w:tc>
          <w:tcPr>
            <w:tcW w:type="dxa" w:w="3096"/>
            <w:vAlign w:val="center"/>
            <w:tcMar>
              <w:top w:w="100" w:type="dxa"/>
              <w:start w:w="100" w:type="dxa"/>
              <w:bottom w:w="100" w:type="dxa"/>
              <w:end w:w="100" w:type="dxa"/>
            </w:tcMar>
          </w:tcPr>
          <w:p>
            <w:pPr>
              <w:spacing w:after="0"/>
            </w:pPr>
            <w:r>
              <w:rPr>
                <w:rFonts w:ascii="Arial" w:hAnsi="Arial"/>
                <w:sz w:val="17"/>
              </w:rPr>
              <w:t>______________________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1656"/>
            <w:vAlign w:val="center"/>
            <w:tcMar>
              <w:top w:w="100" w:type="dxa"/>
              <w:start w:w="100" w:type="dxa"/>
              <w:bottom w:w="100" w:type="dxa"/>
              <w:end w:w="100" w:type="dxa"/>
            </w:tcMar>
          </w:tcPr>
          <w:p>
            <w:pPr>
              <w:spacing w:after="0"/>
            </w:pPr>
            <w:r>
              <w:rPr>
                <w:rFonts w:ascii="Arial" w:hAnsi="Arial"/>
                <w:sz w:val="17"/>
              </w:rPr>
              <w:t>________</w:t>
            </w:r>
          </w:p>
        </w:tc>
      </w:tr>
      <w:tr>
        <w:tc>
          <w:tcPr>
            <w:tcW w:type="dxa" w:w="2088"/>
            <w:vAlign w:val="center"/>
            <w:tcMar>
              <w:top w:w="100" w:type="dxa"/>
              <w:start w:w="100" w:type="dxa"/>
              <w:bottom w:w="100" w:type="dxa"/>
              <w:end w:w="100" w:type="dxa"/>
            </w:tcMar>
            <w:shd w:fill="F3F7F4"/>
          </w:tcPr>
          <w:p>
            <w:pPr>
              <w:spacing w:after="0"/>
            </w:pPr>
            <w:r>
              <w:rPr>
                <w:rFonts w:ascii="Arial" w:hAnsi="Arial"/>
                <w:sz w:val="17"/>
              </w:rPr>
              <w:t>Local backup</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1656"/>
            <w:vAlign w:val="center"/>
            <w:tcMar>
              <w:top w:w="100" w:type="dxa"/>
              <w:start w:w="100" w:type="dxa"/>
              <w:bottom w:w="100" w:type="dxa"/>
              <w:end w:w="100" w:type="dxa"/>
            </w:tcMar>
            <w:shd w:fill="F3F7F4"/>
          </w:tcPr>
          <w:p>
            <w:pPr>
              <w:spacing w:after="0"/>
            </w:pPr>
            <w:r>
              <w:rPr>
                <w:rFonts w:ascii="Arial" w:hAnsi="Arial"/>
                <w:sz w:val="17"/>
              </w:rPr>
              <w:t>________</w:t>
            </w:r>
          </w:p>
        </w:tc>
      </w:tr>
      <w:tr>
        <w:tc>
          <w:tcPr>
            <w:tcW w:type="dxa" w:w="2088"/>
            <w:vAlign w:val="center"/>
            <w:tcMar>
              <w:top w:w="100" w:type="dxa"/>
              <w:start w:w="100" w:type="dxa"/>
              <w:bottom w:w="100" w:type="dxa"/>
              <w:end w:w="100" w:type="dxa"/>
            </w:tcMar>
          </w:tcPr>
          <w:p>
            <w:pPr>
              <w:spacing w:after="0"/>
            </w:pPr>
            <w:r>
              <w:rPr>
                <w:rFonts w:ascii="Arial" w:hAnsi="Arial"/>
                <w:sz w:val="17"/>
              </w:rPr>
              <w:t>Off-site backup</w:t>
            </w:r>
          </w:p>
        </w:tc>
        <w:tc>
          <w:tcPr>
            <w:tcW w:type="dxa" w:w="3096"/>
            <w:vAlign w:val="center"/>
            <w:tcMar>
              <w:top w:w="100" w:type="dxa"/>
              <w:start w:w="100" w:type="dxa"/>
              <w:bottom w:w="100" w:type="dxa"/>
              <w:end w:w="100" w:type="dxa"/>
            </w:tcMar>
          </w:tcPr>
          <w:p>
            <w:pPr>
              <w:spacing w:after="0"/>
            </w:pPr>
            <w:r>
              <w:rPr>
                <w:rFonts w:ascii="Arial" w:hAnsi="Arial"/>
                <w:sz w:val="17"/>
              </w:rPr>
              <w:t>______________________</w:t>
            </w:r>
          </w:p>
        </w:tc>
        <w:tc>
          <w:tcPr>
            <w:tcW w:type="dxa" w:w="2376"/>
            <w:vAlign w:val="center"/>
            <w:tcMar>
              <w:top w:w="100" w:type="dxa"/>
              <w:start w:w="100" w:type="dxa"/>
              <w:bottom w:w="100" w:type="dxa"/>
              <w:end w:w="100" w:type="dxa"/>
            </w:tcMar>
          </w:tcPr>
          <w:p>
            <w:pPr>
              <w:spacing w:after="0"/>
            </w:pPr>
            <w:r>
              <w:rPr>
                <w:rFonts w:ascii="Arial" w:hAnsi="Arial"/>
                <w:sz w:val="17"/>
              </w:rPr>
              <w:t>________________</w:t>
            </w:r>
          </w:p>
        </w:tc>
        <w:tc>
          <w:tcPr>
            <w:tcW w:type="dxa" w:w="1656"/>
            <w:vAlign w:val="center"/>
            <w:tcMar>
              <w:top w:w="100" w:type="dxa"/>
              <w:start w:w="100" w:type="dxa"/>
              <w:bottom w:w="100" w:type="dxa"/>
              <w:end w:w="100" w:type="dxa"/>
            </w:tcMar>
          </w:tcPr>
          <w:p>
            <w:pPr>
              <w:spacing w:after="0"/>
            </w:pPr>
            <w:r>
              <w:rPr>
                <w:rFonts w:ascii="Arial" w:hAnsi="Arial"/>
                <w:sz w:val="17"/>
              </w:rPr>
              <w:t>________</w:t>
            </w:r>
          </w:p>
        </w:tc>
      </w:tr>
      <w:tr>
        <w:tc>
          <w:tcPr>
            <w:tcW w:type="dxa" w:w="2088"/>
            <w:vAlign w:val="center"/>
            <w:tcMar>
              <w:top w:w="100" w:type="dxa"/>
              <w:start w:w="100" w:type="dxa"/>
              <w:bottom w:w="100" w:type="dxa"/>
              <w:end w:w="100" w:type="dxa"/>
            </w:tcMar>
            <w:shd w:fill="F3F7F4"/>
          </w:tcPr>
          <w:p>
            <w:pPr>
              <w:spacing w:after="0"/>
            </w:pPr>
            <w:r>
              <w:rPr>
                <w:rFonts w:ascii="Arial" w:hAnsi="Arial"/>
                <w:sz w:val="17"/>
              </w:rPr>
              <w:t>Family access copy</w:t>
            </w:r>
          </w:p>
        </w:tc>
        <w:tc>
          <w:tcPr>
            <w:tcW w:type="dxa" w:w="3096"/>
            <w:vAlign w:val="center"/>
            <w:tcMar>
              <w:top w:w="100" w:type="dxa"/>
              <w:start w:w="100" w:type="dxa"/>
              <w:bottom w:w="100" w:type="dxa"/>
              <w:end w:w="100" w:type="dxa"/>
            </w:tcMar>
            <w:shd w:fill="F3F7F4"/>
          </w:tcPr>
          <w:p>
            <w:pPr>
              <w:spacing w:after="0"/>
            </w:pPr>
            <w:r>
              <w:rPr>
                <w:rFonts w:ascii="Arial" w:hAnsi="Arial"/>
                <w:sz w:val="17"/>
              </w:rPr>
              <w:t>______________________</w:t>
            </w:r>
          </w:p>
        </w:tc>
        <w:tc>
          <w:tcPr>
            <w:tcW w:type="dxa" w:w="2376"/>
            <w:vAlign w:val="center"/>
            <w:tcMar>
              <w:top w:w="100" w:type="dxa"/>
              <w:start w:w="100" w:type="dxa"/>
              <w:bottom w:w="100" w:type="dxa"/>
              <w:end w:w="100" w:type="dxa"/>
            </w:tcMar>
            <w:shd w:fill="F3F7F4"/>
          </w:tcPr>
          <w:p>
            <w:pPr>
              <w:spacing w:after="0"/>
            </w:pPr>
            <w:r>
              <w:rPr>
                <w:rFonts w:ascii="Arial" w:hAnsi="Arial"/>
                <w:sz w:val="17"/>
              </w:rPr>
              <w:t>________________</w:t>
            </w:r>
          </w:p>
        </w:tc>
        <w:tc>
          <w:tcPr>
            <w:tcW w:type="dxa" w:w="1656"/>
            <w:vAlign w:val="center"/>
            <w:tcMar>
              <w:top w:w="100" w:type="dxa"/>
              <w:start w:w="100" w:type="dxa"/>
              <w:bottom w:w="100" w:type="dxa"/>
              <w:end w:w="100" w:type="dxa"/>
            </w:tcMar>
            <w:shd w:fill="F3F7F4"/>
          </w:tcPr>
          <w:p>
            <w:pPr>
              <w:spacing w:after="0"/>
            </w:pPr>
            <w:r>
              <w:rPr>
                <w:rFonts w:ascii="Arial" w:hAnsi="Arial"/>
                <w:sz w:val="17"/>
              </w:rPr>
              <w:t>________</w:t>
            </w:r>
          </w:p>
        </w:tc>
      </w:tr>
    </w:tbl>
    <w:p>
      <w:pPr>
        <w:spacing w:after="20"/>
      </w:pPr>
    </w:p>
    <w:p>
      <w:pPr>
        <w:spacing w:after="80"/>
        <w:ind w:left="259" w:hanging="259"/>
      </w:pPr>
      <w:r>
        <w:t>☐ Original files remain unchanged</w:t>
      </w:r>
    </w:p>
    <w:p>
      <w:pPr>
        <w:spacing w:after="80"/>
        <w:ind w:left="259" w:hanging="259"/>
      </w:pPr>
      <w:r>
        <w:t>☐ Access copies are smaller and clearly labeled</w:t>
      </w:r>
    </w:p>
    <w:p>
      <w:pPr>
        <w:spacing w:after="80"/>
        <w:ind w:left="259" w:hanging="259"/>
      </w:pPr>
      <w:r>
        <w:t>☐ Restrictions are stored with the item record</w:t>
      </w:r>
    </w:p>
    <w:p>
      <w:pPr>
        <w:spacing w:after="80"/>
        <w:ind w:left="259" w:hanging="259"/>
      </w:pPr>
      <w:r>
        <w:t>☐ Two stewards know the recovery process</w:t>
      </w:r>
    </w:p>
    <w:p>
      <w:pPr>
        <w:spacing w:after="80"/>
        <w:ind w:left="259" w:hanging="259"/>
      </w:pPr>
      <w:r>
        <w:t>☐ Accounts and storage costs are reviewed annually</w:t>
      </w:r>
    </w:p>
    <w:p>
      <w:r>
        <w:br w:type="page"/>
      </w:r>
    </w:p>
    <w:p>
      <w:pPr>
        <w:spacing w:after="80"/>
      </w:pPr>
      <w:r>
        <w:rPr>
          <w:rFonts w:ascii="Arial" w:hAnsi="Arial"/>
          <w:b/>
          <w:color w:val="2F684C"/>
          <w:sz w:val="50"/>
        </w:rPr>
        <w:t>8 Archive Handoff and Annual Review</w:t>
      </w:r>
    </w:p>
    <w:p>
      <w:pPr>
        <w:spacing w:after="200"/>
      </w:pPr>
      <w:r>
        <w:rPr>
          <w:rFonts w:ascii="Arial" w:hAnsi="Arial"/>
          <w:color w:val="56675E"/>
          <w:sz w:val="24"/>
        </w:rPr>
        <w:t>Give the next steward a usable system rather than an unexplained drive</w:t>
      </w:r>
    </w:p>
    <w:tbl>
      <w:tblPr>
        <w:tblStyle w:val="TableGrid"/>
        <w:tblW w:type="auto" w:w="0"/>
        <w:tblLayout w:type="fixed"/>
        <w:tblLook w:firstColumn="1" w:firstRow="1" w:lastColumn="0" w:lastRow="0" w:noHBand="0" w:noVBand="1" w:val="04A0"/>
      </w:tblPr>
      <w:tblGrid>
        <w:gridCol w:w="3389"/>
        <w:gridCol w:w="3389"/>
        <w:gridCol w:w="3389"/>
      </w:tblGrid>
      <w:tr>
        <w:trPr>
          <w:tblHeader w:val="true"/>
        </w:trPr>
        <w:tc>
          <w:tcPr>
            <w:tcW w:type="dxa" w:w="3240"/>
            <w:vAlign w:val="center"/>
            <w:shd w:fill="2F684C"/>
            <w:tcMar>
              <w:top w:w="100" w:type="dxa"/>
              <w:start w:w="100" w:type="dxa"/>
              <w:bottom w:w="100" w:type="dxa"/>
              <w:end w:w="100" w:type="dxa"/>
            </w:tcMar>
          </w:tcPr>
          <w:p>
            <w:r>
              <w:rPr>
                <w:rFonts w:ascii="Arial" w:hAnsi="Arial"/>
                <w:b/>
                <w:color w:val="FFFFFF"/>
                <w:sz w:val="18"/>
              </w:rPr>
              <w:t>Handoff item</w:t>
            </w:r>
          </w:p>
        </w:tc>
        <w:tc>
          <w:tcPr>
            <w:tcW w:type="dxa" w:w="5688"/>
            <w:vAlign w:val="center"/>
            <w:shd w:fill="2F684C"/>
            <w:tcMar>
              <w:top w:w="100" w:type="dxa"/>
              <w:start w:w="100" w:type="dxa"/>
              <w:bottom w:w="100" w:type="dxa"/>
              <w:end w:w="100" w:type="dxa"/>
            </w:tcMar>
          </w:tcPr>
          <w:p>
            <w:r>
              <w:rPr>
                <w:rFonts w:ascii="Arial" w:hAnsi="Arial"/>
                <w:b/>
                <w:color w:val="FFFFFF"/>
                <w:sz w:val="18"/>
              </w:rPr>
              <w:t>Location or decision</w:t>
            </w:r>
          </w:p>
        </w:tc>
        <w:tc>
          <w:tcPr>
            <w:tcW w:type="dxa" w:w="720"/>
            <w:vAlign w:val="center"/>
            <w:shd w:fill="2F684C"/>
            <w:tcMar>
              <w:top w:w="100" w:type="dxa"/>
              <w:start w:w="100" w:type="dxa"/>
              <w:bottom w:w="100" w:type="dxa"/>
              <w:end w:w="100" w:type="dxa"/>
            </w:tcMar>
          </w:tcPr>
          <w:p>
            <w:r>
              <w:rPr>
                <w:rFonts w:ascii="Arial" w:hAnsi="Arial"/>
                <w:b/>
                <w:color w:val="FFFFFF"/>
                <w:sz w:val="18"/>
              </w:rPr>
              <w:t>Complete</w:t>
            </w:r>
          </w:p>
        </w:tc>
      </w:tr>
      <w:tr>
        <w:tc>
          <w:tcPr>
            <w:tcW w:type="dxa" w:w="3240"/>
            <w:vAlign w:val="center"/>
            <w:tcMar>
              <w:top w:w="100" w:type="dxa"/>
              <w:start w:w="100" w:type="dxa"/>
              <w:bottom w:w="100" w:type="dxa"/>
              <w:end w:w="100" w:type="dxa"/>
            </w:tcMar>
          </w:tcPr>
          <w:p>
            <w:pPr>
              <w:spacing w:after="0"/>
            </w:pPr>
            <w:r>
              <w:rPr>
                <w:rFonts w:ascii="Arial" w:hAnsi="Arial"/>
                <w:sz w:val="17"/>
              </w:rPr>
              <w:t>Collection catalog</w:t>
            </w:r>
          </w:p>
        </w:tc>
        <w:tc>
          <w:tcPr>
            <w:tcW w:type="dxa" w:w="5688"/>
            <w:vAlign w:val="center"/>
            <w:tcMar>
              <w:top w:w="100" w:type="dxa"/>
              <w:start w:w="100" w:type="dxa"/>
              <w:bottom w:w="100" w:type="dxa"/>
              <w:end w:w="100" w:type="dxa"/>
            </w:tcMar>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tcPr>
          <w:p>
            <w:pPr>
              <w:spacing w:after="0"/>
            </w:pPr>
            <w:r>
              <w:rPr>
                <w:rFonts w:ascii="Arial" w:hAnsi="Arial"/>
                <w:sz w:val="17"/>
              </w:rPr>
              <w:t>☐</w:t>
            </w:r>
          </w:p>
        </w:tc>
      </w:tr>
      <w:tr>
        <w:tc>
          <w:tcPr>
            <w:tcW w:type="dxa" w:w="3240"/>
            <w:vAlign w:val="center"/>
            <w:tcMar>
              <w:top w:w="100" w:type="dxa"/>
              <w:start w:w="100" w:type="dxa"/>
              <w:bottom w:w="100" w:type="dxa"/>
              <w:end w:w="100" w:type="dxa"/>
            </w:tcMar>
            <w:shd w:fill="F3F7F4"/>
          </w:tcPr>
          <w:p>
            <w:pPr>
              <w:spacing w:after="0"/>
            </w:pPr>
            <w:r>
              <w:rPr>
                <w:rFonts w:ascii="Arial" w:hAnsi="Arial"/>
                <w:sz w:val="17"/>
              </w:rPr>
              <w:t>Permission and restriction records</w:t>
            </w:r>
          </w:p>
        </w:tc>
        <w:tc>
          <w:tcPr>
            <w:tcW w:type="dxa" w:w="5688"/>
            <w:vAlign w:val="center"/>
            <w:tcMar>
              <w:top w:w="100" w:type="dxa"/>
              <w:start w:w="100" w:type="dxa"/>
              <w:bottom w:w="100" w:type="dxa"/>
              <w:end w:w="100" w:type="dxa"/>
            </w:tcMar>
            <w:shd w:fill="F3F7F4"/>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shd w:fill="F3F7F4"/>
          </w:tcPr>
          <w:p>
            <w:pPr>
              <w:spacing w:after="0"/>
            </w:pPr>
            <w:r>
              <w:rPr>
                <w:rFonts w:ascii="Arial" w:hAnsi="Arial"/>
                <w:sz w:val="17"/>
              </w:rPr>
              <w:t>☐</w:t>
            </w:r>
          </w:p>
        </w:tc>
      </w:tr>
      <w:tr>
        <w:tc>
          <w:tcPr>
            <w:tcW w:type="dxa" w:w="3240"/>
            <w:vAlign w:val="center"/>
            <w:tcMar>
              <w:top w:w="100" w:type="dxa"/>
              <w:start w:w="100" w:type="dxa"/>
              <w:bottom w:w="100" w:type="dxa"/>
              <w:end w:w="100" w:type="dxa"/>
            </w:tcMar>
          </w:tcPr>
          <w:p>
            <w:pPr>
              <w:spacing w:after="0"/>
            </w:pPr>
            <w:r>
              <w:rPr>
                <w:rFonts w:ascii="Arial" w:hAnsi="Arial"/>
                <w:sz w:val="17"/>
              </w:rPr>
              <w:t>Preservation masters</w:t>
            </w:r>
          </w:p>
        </w:tc>
        <w:tc>
          <w:tcPr>
            <w:tcW w:type="dxa" w:w="5688"/>
            <w:vAlign w:val="center"/>
            <w:tcMar>
              <w:top w:w="100" w:type="dxa"/>
              <w:start w:w="100" w:type="dxa"/>
              <w:bottom w:w="100" w:type="dxa"/>
              <w:end w:w="100" w:type="dxa"/>
            </w:tcMar>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tcPr>
          <w:p>
            <w:pPr>
              <w:spacing w:after="0"/>
            </w:pPr>
            <w:r>
              <w:rPr>
                <w:rFonts w:ascii="Arial" w:hAnsi="Arial"/>
                <w:sz w:val="17"/>
              </w:rPr>
              <w:t>☐</w:t>
            </w:r>
          </w:p>
        </w:tc>
      </w:tr>
      <w:tr>
        <w:tc>
          <w:tcPr>
            <w:tcW w:type="dxa" w:w="3240"/>
            <w:vAlign w:val="center"/>
            <w:tcMar>
              <w:top w:w="100" w:type="dxa"/>
              <w:start w:w="100" w:type="dxa"/>
              <w:bottom w:w="100" w:type="dxa"/>
              <w:end w:w="100" w:type="dxa"/>
            </w:tcMar>
            <w:shd w:fill="F3F7F4"/>
          </w:tcPr>
          <w:p>
            <w:pPr>
              <w:spacing w:after="0"/>
            </w:pPr>
            <w:r>
              <w:rPr>
                <w:rFonts w:ascii="Arial" w:hAnsi="Arial"/>
                <w:sz w:val="17"/>
              </w:rPr>
              <w:t>Backup recovery instructions</w:t>
            </w:r>
          </w:p>
        </w:tc>
        <w:tc>
          <w:tcPr>
            <w:tcW w:type="dxa" w:w="5688"/>
            <w:vAlign w:val="center"/>
            <w:tcMar>
              <w:top w:w="100" w:type="dxa"/>
              <w:start w:w="100" w:type="dxa"/>
              <w:bottom w:w="100" w:type="dxa"/>
              <w:end w:w="100" w:type="dxa"/>
            </w:tcMar>
            <w:shd w:fill="F3F7F4"/>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shd w:fill="F3F7F4"/>
          </w:tcPr>
          <w:p>
            <w:pPr>
              <w:spacing w:after="0"/>
            </w:pPr>
            <w:r>
              <w:rPr>
                <w:rFonts w:ascii="Arial" w:hAnsi="Arial"/>
                <w:sz w:val="17"/>
              </w:rPr>
              <w:t>☐</w:t>
            </w:r>
          </w:p>
        </w:tc>
      </w:tr>
      <w:tr>
        <w:tc>
          <w:tcPr>
            <w:tcW w:type="dxa" w:w="3240"/>
            <w:vAlign w:val="center"/>
            <w:tcMar>
              <w:top w:w="100" w:type="dxa"/>
              <w:start w:w="100" w:type="dxa"/>
              <w:bottom w:w="100" w:type="dxa"/>
              <w:end w:w="100" w:type="dxa"/>
            </w:tcMar>
          </w:tcPr>
          <w:p>
            <w:pPr>
              <w:spacing w:after="0"/>
            </w:pPr>
            <w:r>
              <w:rPr>
                <w:rFonts w:ascii="Arial" w:hAnsi="Arial"/>
                <w:sz w:val="17"/>
              </w:rPr>
              <w:t>Institutional contacts</w:t>
            </w:r>
          </w:p>
        </w:tc>
        <w:tc>
          <w:tcPr>
            <w:tcW w:type="dxa" w:w="5688"/>
            <w:vAlign w:val="center"/>
            <w:tcMar>
              <w:top w:w="100" w:type="dxa"/>
              <w:start w:w="100" w:type="dxa"/>
              <w:bottom w:w="100" w:type="dxa"/>
              <w:end w:w="100" w:type="dxa"/>
            </w:tcMar>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tcPr>
          <w:p>
            <w:pPr>
              <w:spacing w:after="0"/>
            </w:pPr>
            <w:r>
              <w:rPr>
                <w:rFonts w:ascii="Arial" w:hAnsi="Arial"/>
                <w:sz w:val="17"/>
              </w:rPr>
              <w:t>☐</w:t>
            </w:r>
          </w:p>
        </w:tc>
      </w:tr>
      <w:tr>
        <w:tc>
          <w:tcPr>
            <w:tcW w:type="dxa" w:w="3240"/>
            <w:vAlign w:val="center"/>
            <w:tcMar>
              <w:top w:w="100" w:type="dxa"/>
              <w:start w:w="100" w:type="dxa"/>
              <w:bottom w:w="100" w:type="dxa"/>
              <w:end w:w="100" w:type="dxa"/>
            </w:tcMar>
            <w:shd w:fill="F3F7F4"/>
          </w:tcPr>
          <w:p>
            <w:pPr>
              <w:spacing w:after="0"/>
            </w:pPr>
            <w:r>
              <w:rPr>
                <w:rFonts w:ascii="Arial" w:hAnsi="Arial"/>
                <w:sz w:val="17"/>
              </w:rPr>
              <w:t>Unresolved research questions</w:t>
            </w:r>
          </w:p>
        </w:tc>
        <w:tc>
          <w:tcPr>
            <w:tcW w:type="dxa" w:w="5688"/>
            <w:vAlign w:val="center"/>
            <w:tcMar>
              <w:top w:w="100" w:type="dxa"/>
              <w:start w:w="100" w:type="dxa"/>
              <w:bottom w:w="100" w:type="dxa"/>
              <w:end w:w="100" w:type="dxa"/>
            </w:tcMar>
            <w:shd w:fill="F3F7F4"/>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shd w:fill="F3F7F4"/>
          </w:tcPr>
          <w:p>
            <w:pPr>
              <w:spacing w:after="0"/>
            </w:pPr>
            <w:r>
              <w:rPr>
                <w:rFonts w:ascii="Arial" w:hAnsi="Arial"/>
                <w:sz w:val="17"/>
              </w:rPr>
              <w:t>☐</w:t>
            </w:r>
          </w:p>
        </w:tc>
      </w:tr>
      <w:tr>
        <w:tc>
          <w:tcPr>
            <w:tcW w:type="dxa" w:w="3240"/>
            <w:vAlign w:val="center"/>
            <w:tcMar>
              <w:top w:w="100" w:type="dxa"/>
              <w:start w:w="100" w:type="dxa"/>
              <w:bottom w:w="100" w:type="dxa"/>
              <w:end w:w="100" w:type="dxa"/>
            </w:tcMar>
          </w:tcPr>
          <w:p>
            <w:pPr>
              <w:spacing w:after="0"/>
            </w:pPr>
            <w:r>
              <w:rPr>
                <w:rFonts w:ascii="Arial" w:hAnsi="Arial"/>
                <w:sz w:val="17"/>
              </w:rPr>
              <w:t>Next annual review date</w:t>
            </w:r>
          </w:p>
        </w:tc>
        <w:tc>
          <w:tcPr>
            <w:tcW w:type="dxa" w:w="5688"/>
            <w:vAlign w:val="center"/>
            <w:tcMar>
              <w:top w:w="100" w:type="dxa"/>
              <w:start w:w="100" w:type="dxa"/>
              <w:bottom w:w="100" w:type="dxa"/>
              <w:end w:w="100" w:type="dxa"/>
            </w:tcMar>
          </w:tcPr>
          <w:p>
            <w:pPr>
              <w:spacing w:after="0"/>
            </w:pPr>
            <w:r>
              <w:rPr>
                <w:rFonts w:ascii="Arial" w:hAnsi="Arial"/>
                <w:sz w:val="17"/>
              </w:rPr>
              <w:t>____________________________________________</w:t>
            </w:r>
          </w:p>
        </w:tc>
        <w:tc>
          <w:tcPr>
            <w:tcW w:type="dxa" w:w="720"/>
            <w:vAlign w:val="center"/>
            <w:tcMar>
              <w:top w:w="100" w:type="dxa"/>
              <w:start w:w="100" w:type="dxa"/>
              <w:bottom w:w="100" w:type="dxa"/>
              <w:end w:w="100" w:type="dxa"/>
            </w:tcMar>
          </w:tcPr>
          <w:p>
            <w:pPr>
              <w:spacing w:after="0"/>
            </w:pPr>
            <w:r>
              <w:rPr>
                <w:rFonts w:ascii="Arial" w:hAnsi="Arial"/>
                <w:sz w:val="17"/>
              </w:rPr>
              <w:t>☐</w:t>
            </w:r>
          </w:p>
        </w:tc>
      </w:tr>
    </w:tbl>
    <w:p>
      <w:pPr>
        <w:spacing w:after="20"/>
      </w:pPr>
    </w:p>
    <w:p>
      <w:pPr>
        <w:pStyle w:val="Heading2"/>
      </w:pPr>
      <w:r>
        <w:t>Stewardship agreement</w:t>
      </w:r>
    </w:p>
    <w:p>
      <w:r>
        <w:t>Outgoing steward: __________________________  Incoming steward: __________________________</w:t>
      </w:r>
    </w:p>
    <w:p>
      <w:r>
        <w:t>Backup steward: ____________________________  Handoff date: ______________________________</w:t>
      </w:r>
    </w:p>
    <w:p>
      <w:pPr>
        <w:pStyle w:val="Heading2"/>
      </w:pPr>
      <w:r>
        <w:t>Next steps</w:t>
      </w:r>
    </w:p>
    <w:p>
      <w:pPr>
        <w:spacing w:after="80"/>
        <w:ind w:left="259" w:hanging="259"/>
      </w:pPr>
      <w:r>
        <w:t>☐ Schedule the archive table or interview station in the reunion itinerary</w:t>
      </w:r>
    </w:p>
    <w:p>
      <w:pPr>
        <w:spacing w:after="80"/>
        <w:ind w:left="259" w:hanging="259"/>
      </w:pPr>
      <w:r>
        <w:t>☐ Tell households what materials to bring</w:t>
      </w:r>
    </w:p>
    <w:p>
      <w:pPr>
        <w:spacing w:after="80"/>
        <w:ind w:left="259" w:hanging="259"/>
      </w:pPr>
      <w:r>
        <w:t>☐ Recruit and train the intake and interview team</w:t>
      </w:r>
    </w:p>
    <w:p>
      <w:pPr>
        <w:spacing w:after="80"/>
        <w:ind w:left="259" w:hanging="259"/>
      </w:pPr>
      <w:r>
        <w:t>☐ Test recording and backup equipment</w:t>
      </w:r>
    </w:p>
    <w:p>
      <w:pPr>
        <w:spacing w:after="80"/>
        <w:ind w:left="259" w:hanging="259"/>
      </w:pPr>
      <w:r>
        <w:t>☐ Return copies and corrections to contributors after the reunion</w:t>
      </w:r>
    </w:p>
    <w:p>
      <w:r>
        <w:t>More culturally grounded reunion guides: https://gatherkin.app/heritage</w:t>
      </w:r>
    </w:p>
    <w:p>
      <w:r>
        <w:t>Plan household registration, schedules, assignments, travel, and family updates: https://gatherkin.app</w:t>
      </w:r>
    </w:p>
    <w:sectPr w:rsidR="00FC693F" w:rsidRPr="0006063C" w:rsidSect="00034616">
      <w:footerReference w:type="default" r:id="rId9"/>
      <w:pgSz w:w="12240" w:h="15840"/>
      <w:pgMar w:top="979"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6675E"/>
        <w:sz w:val="16"/>
      </w:rPr>
      <w:t>GatherKin · Family Archive and Oral History Kit · gatherkin.app/heritage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035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GatherKin Family Archive and Oral History Kit</dc:title>
  <dc:subject>Printable family archive and oral history worksheets</dc:subject>
  <dc:creator>GatherKin Planning Team</dc:creator>
  <cp:keywords>family archive, oral history, Black family reunion, photograph identification, genealogy</cp:keywords>
  <dc:description>generated by python-docx</dc:description>
  <cp:lastModifiedBy/>
  <cp:revision>1</cp:revision>
  <dcterms:created xsi:type="dcterms:W3CDTF">2013-12-23T23:15:00Z</dcterms:created>
  <dcterms:modified xsi:type="dcterms:W3CDTF">2013-12-23T23:15:00Z</dcterms:modified>
  <cp:category/>
</cp:coreProperties>
</file>